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63AB" w14:textId="274777DD" w:rsidR="002141E9" w:rsidRPr="00051721" w:rsidRDefault="007050EA" w:rsidP="00051721">
      <w:pPr>
        <w:pStyle w:val="Heading1"/>
        <w:spacing w:before="120" w:after="120"/>
        <w:rPr>
          <w:rFonts w:ascii="Aptos" w:hAnsi="Aptos"/>
          <w:color w:val="auto"/>
          <w:sz w:val="40"/>
          <w:szCs w:val="40"/>
        </w:rPr>
      </w:pPr>
      <w:r w:rsidRPr="00051721">
        <w:rPr>
          <w:rFonts w:ascii="Aptos" w:hAnsi="Aptos"/>
          <w:color w:val="auto"/>
          <w:sz w:val="40"/>
          <w:szCs w:val="40"/>
        </w:rPr>
        <w:t xml:space="preserve">Staff Performance Record </w:t>
      </w:r>
    </w:p>
    <w:p w14:paraId="57735F33" w14:textId="77777777" w:rsidR="002141E9" w:rsidRPr="00051721" w:rsidRDefault="007050EA" w:rsidP="00051721">
      <w:pPr>
        <w:pStyle w:val="Heading1"/>
        <w:spacing w:before="120" w:after="120"/>
        <w:rPr>
          <w:rFonts w:ascii="Aptos" w:hAnsi="Aptos"/>
          <w:color w:val="auto"/>
        </w:rPr>
      </w:pPr>
      <w:r w:rsidRPr="00051721">
        <w:rPr>
          <w:rFonts w:ascii="Aptos" w:hAnsi="Aptos"/>
          <w:color w:val="auto"/>
        </w:rPr>
        <w:t>1. Staff / Volunteer Details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2988"/>
        <w:gridCol w:w="7380"/>
      </w:tblGrid>
      <w:tr w:rsidR="00051721" w:rsidRPr="00917E37" w14:paraId="7A5BAD32" w14:textId="4AD44F40" w:rsidTr="00CC6A2E">
        <w:tc>
          <w:tcPr>
            <w:tcW w:w="2988" w:type="dxa"/>
          </w:tcPr>
          <w:p w14:paraId="1A383BD2" w14:textId="77777777" w:rsidR="00051721" w:rsidRPr="00917E37" w:rsidRDefault="00051721" w:rsidP="00051721">
            <w:pPr>
              <w:spacing w:before="120" w:after="120" w:line="276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7E37">
              <w:rPr>
                <w:rFonts w:ascii="Aptos" w:hAnsi="Aptos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7380" w:type="dxa"/>
          </w:tcPr>
          <w:p w14:paraId="4DF12763" w14:textId="77777777" w:rsidR="00051721" w:rsidRPr="00917E37" w:rsidRDefault="00051721" w:rsidP="00051721">
            <w:pPr>
              <w:spacing w:before="120" w:after="120"/>
              <w:rPr>
                <w:rFonts w:ascii="Aptos" w:hAnsi="Aptos"/>
                <w:sz w:val="24"/>
                <w:szCs w:val="24"/>
              </w:rPr>
            </w:pPr>
          </w:p>
        </w:tc>
      </w:tr>
      <w:tr w:rsidR="00051721" w:rsidRPr="00917E37" w14:paraId="4CE985DE" w14:textId="3780D256" w:rsidTr="00CC6A2E">
        <w:tc>
          <w:tcPr>
            <w:tcW w:w="2988" w:type="dxa"/>
          </w:tcPr>
          <w:p w14:paraId="2A104310" w14:textId="77777777" w:rsidR="00051721" w:rsidRPr="00917E37" w:rsidRDefault="00051721" w:rsidP="00051721">
            <w:pPr>
              <w:spacing w:before="120" w:after="120" w:line="276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7E37">
              <w:rPr>
                <w:rFonts w:ascii="Aptos" w:hAnsi="Aptos"/>
                <w:b/>
                <w:bCs/>
                <w:sz w:val="24"/>
                <w:szCs w:val="24"/>
              </w:rPr>
              <w:t>Role:</w:t>
            </w:r>
          </w:p>
        </w:tc>
        <w:tc>
          <w:tcPr>
            <w:tcW w:w="7380" w:type="dxa"/>
          </w:tcPr>
          <w:p w14:paraId="6412111F" w14:textId="77777777" w:rsidR="00051721" w:rsidRPr="00917E37" w:rsidRDefault="00051721" w:rsidP="00051721">
            <w:pPr>
              <w:spacing w:before="120" w:after="120"/>
              <w:rPr>
                <w:rFonts w:ascii="Aptos" w:hAnsi="Aptos"/>
                <w:sz w:val="24"/>
                <w:szCs w:val="24"/>
              </w:rPr>
            </w:pPr>
          </w:p>
        </w:tc>
      </w:tr>
      <w:tr w:rsidR="00051721" w:rsidRPr="00917E37" w14:paraId="5971797C" w14:textId="2427B0F9" w:rsidTr="00CC6A2E">
        <w:tc>
          <w:tcPr>
            <w:tcW w:w="2988" w:type="dxa"/>
          </w:tcPr>
          <w:p w14:paraId="35C1734F" w14:textId="62E05700" w:rsidR="00051721" w:rsidRPr="00917E37" w:rsidRDefault="00051721" w:rsidP="00051721">
            <w:pPr>
              <w:spacing w:before="120" w:after="120" w:line="276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7E37">
              <w:rPr>
                <w:rFonts w:ascii="Aptos" w:hAnsi="Aptos"/>
                <w:b/>
                <w:bCs/>
                <w:sz w:val="24"/>
                <w:szCs w:val="24"/>
              </w:rPr>
              <w:t>Start date:</w:t>
            </w:r>
          </w:p>
        </w:tc>
        <w:tc>
          <w:tcPr>
            <w:tcW w:w="7380" w:type="dxa"/>
          </w:tcPr>
          <w:p w14:paraId="21BD0AB7" w14:textId="77777777" w:rsidR="00051721" w:rsidRPr="00917E37" w:rsidRDefault="00051721" w:rsidP="00051721">
            <w:pPr>
              <w:spacing w:before="120" w:after="120"/>
              <w:rPr>
                <w:rFonts w:ascii="Aptos" w:hAnsi="Aptos"/>
                <w:sz w:val="24"/>
                <w:szCs w:val="24"/>
              </w:rPr>
            </w:pPr>
          </w:p>
        </w:tc>
      </w:tr>
      <w:tr w:rsidR="00051721" w:rsidRPr="00917E37" w14:paraId="6A490B61" w14:textId="6C50C22E" w:rsidTr="00CC6A2E">
        <w:tc>
          <w:tcPr>
            <w:tcW w:w="2988" w:type="dxa"/>
          </w:tcPr>
          <w:p w14:paraId="714E7771" w14:textId="77777777" w:rsidR="00051721" w:rsidRPr="00917E37" w:rsidRDefault="00051721" w:rsidP="00051721">
            <w:pPr>
              <w:spacing w:before="120" w:after="120" w:line="276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7E37">
              <w:rPr>
                <w:rFonts w:ascii="Aptos" w:hAnsi="Aptos"/>
                <w:b/>
                <w:bCs/>
                <w:sz w:val="24"/>
                <w:szCs w:val="24"/>
              </w:rPr>
              <w:t>Reviewer / Supervisor:</w:t>
            </w:r>
          </w:p>
        </w:tc>
        <w:tc>
          <w:tcPr>
            <w:tcW w:w="7380" w:type="dxa"/>
          </w:tcPr>
          <w:p w14:paraId="71364549" w14:textId="77777777" w:rsidR="00051721" w:rsidRPr="00917E37" w:rsidRDefault="00051721" w:rsidP="00051721">
            <w:pPr>
              <w:spacing w:before="120" w:after="120"/>
              <w:rPr>
                <w:rFonts w:ascii="Aptos" w:hAnsi="Aptos"/>
                <w:sz w:val="24"/>
                <w:szCs w:val="24"/>
              </w:rPr>
            </w:pPr>
          </w:p>
        </w:tc>
      </w:tr>
      <w:tr w:rsidR="00051721" w:rsidRPr="00917E37" w14:paraId="1FA82BD4" w14:textId="4A0CF4FC" w:rsidTr="00CC6A2E">
        <w:tc>
          <w:tcPr>
            <w:tcW w:w="2988" w:type="dxa"/>
          </w:tcPr>
          <w:p w14:paraId="0F4686A5" w14:textId="77777777" w:rsidR="00051721" w:rsidRPr="00917E37" w:rsidRDefault="00051721" w:rsidP="00051721">
            <w:pPr>
              <w:spacing w:before="120" w:after="120" w:line="276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7E37">
              <w:rPr>
                <w:rFonts w:ascii="Aptos" w:hAnsi="Aptos"/>
                <w:b/>
                <w:bCs/>
                <w:sz w:val="24"/>
                <w:szCs w:val="24"/>
              </w:rPr>
              <w:t>Date of review:</w:t>
            </w:r>
          </w:p>
        </w:tc>
        <w:tc>
          <w:tcPr>
            <w:tcW w:w="7380" w:type="dxa"/>
          </w:tcPr>
          <w:p w14:paraId="6E1F3DF0" w14:textId="77777777" w:rsidR="00051721" w:rsidRPr="00917E37" w:rsidRDefault="00051721" w:rsidP="00051721">
            <w:pPr>
              <w:spacing w:before="120" w:after="120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6E70698" w14:textId="27F1DC29" w:rsidR="002141E9" w:rsidRPr="00051721" w:rsidRDefault="00CC6A2E" w:rsidP="00CC6A2E">
      <w:pPr>
        <w:pStyle w:val="Heading1"/>
        <w:spacing w:before="240" w:after="120"/>
        <w:rPr>
          <w:rFonts w:ascii="Aptos" w:hAnsi="Aptos"/>
          <w:color w:val="auto"/>
        </w:rPr>
      </w:pPr>
      <w:r>
        <w:rPr>
          <w:rFonts w:ascii="Aptos" w:hAnsi="Aptos"/>
          <w:color w:val="auto"/>
        </w:rPr>
        <w:t>2</w:t>
      </w:r>
      <w:r w:rsidR="007050EA" w:rsidRPr="00051721">
        <w:rPr>
          <w:rFonts w:ascii="Aptos" w:hAnsi="Aptos"/>
          <w:color w:val="auto"/>
        </w:rPr>
        <w:t>. Performance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051721" w:rsidRPr="00051721" w14:paraId="2A0A5058" w14:textId="77777777" w:rsidTr="00917E37">
        <w:trPr>
          <w:trHeight w:val="2736"/>
        </w:trPr>
        <w:tc>
          <w:tcPr>
            <w:tcW w:w="10296" w:type="dxa"/>
          </w:tcPr>
          <w:p w14:paraId="470BC827" w14:textId="6FBE422B" w:rsidR="00051721" w:rsidRPr="00917E37" w:rsidRDefault="00051721" w:rsidP="00E753BD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7E37">
              <w:rPr>
                <w:rFonts w:ascii="Aptos" w:hAnsi="Aptos"/>
                <w:b/>
                <w:bCs/>
                <w:sz w:val="24"/>
                <w:szCs w:val="24"/>
              </w:rPr>
              <w:t>Strengths observed during appraisal:</w:t>
            </w:r>
          </w:p>
        </w:tc>
      </w:tr>
      <w:tr w:rsidR="00051721" w:rsidRPr="00051721" w14:paraId="373211BB" w14:textId="77777777" w:rsidTr="00917E37">
        <w:trPr>
          <w:trHeight w:val="2736"/>
        </w:trPr>
        <w:tc>
          <w:tcPr>
            <w:tcW w:w="10296" w:type="dxa"/>
          </w:tcPr>
          <w:p w14:paraId="5CE4237B" w14:textId="70FD65FA" w:rsidR="00051721" w:rsidRPr="00917E37" w:rsidRDefault="00051721" w:rsidP="00E753BD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7E37">
              <w:rPr>
                <w:rFonts w:ascii="Aptos" w:hAnsi="Aptos"/>
                <w:b/>
                <w:bCs/>
                <w:sz w:val="24"/>
                <w:szCs w:val="24"/>
              </w:rPr>
              <w:t>Areas for improvement identified during appraisal:</w:t>
            </w:r>
          </w:p>
        </w:tc>
      </w:tr>
    </w:tbl>
    <w:p w14:paraId="54CF526A" w14:textId="6E6BF348" w:rsidR="002141E9" w:rsidRPr="00051721" w:rsidRDefault="007050EA" w:rsidP="00CC6A2E">
      <w:pPr>
        <w:pStyle w:val="Heading1"/>
        <w:spacing w:before="240" w:after="120"/>
        <w:rPr>
          <w:rFonts w:ascii="Aptos" w:hAnsi="Aptos"/>
          <w:color w:val="auto"/>
        </w:rPr>
      </w:pPr>
      <w:r w:rsidRPr="00051721">
        <w:rPr>
          <w:rFonts w:ascii="Aptos" w:hAnsi="Aptos"/>
          <w:color w:val="auto"/>
        </w:rPr>
        <w:t>5. Targets / Goals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23"/>
        <w:gridCol w:w="4711"/>
        <w:gridCol w:w="4718"/>
      </w:tblGrid>
      <w:tr w:rsidR="00917E37" w:rsidRPr="00917E37" w14:paraId="7B8D3182" w14:textId="40B45631" w:rsidTr="00CC6A2E">
        <w:trPr>
          <w:trHeight w:val="413"/>
        </w:trPr>
        <w:tc>
          <w:tcPr>
            <w:tcW w:w="630" w:type="dxa"/>
          </w:tcPr>
          <w:p w14:paraId="38235248" w14:textId="77777777" w:rsidR="00917E37" w:rsidRPr="00917E37" w:rsidRDefault="00917E37" w:rsidP="00BE5499">
            <w:pPr>
              <w:spacing w:before="120" w:after="120"/>
              <w:rPr>
                <w:rFonts w:ascii="Aptos" w:hAnsi="Aptos"/>
              </w:rPr>
            </w:pPr>
          </w:p>
        </w:tc>
        <w:tc>
          <w:tcPr>
            <w:tcW w:w="4824" w:type="dxa"/>
          </w:tcPr>
          <w:p w14:paraId="3C4D4642" w14:textId="1195E836" w:rsidR="00917E37" w:rsidRPr="00CC6A2E" w:rsidRDefault="00917E37" w:rsidP="00BE5499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CC6A2E">
              <w:rPr>
                <w:rFonts w:ascii="Aptos" w:hAnsi="Aptos"/>
                <w:b/>
                <w:bCs/>
              </w:rPr>
              <w:t>Target</w:t>
            </w:r>
            <w:r w:rsidR="00CC6A2E" w:rsidRPr="00CC6A2E">
              <w:rPr>
                <w:rFonts w:ascii="Aptos" w:hAnsi="Aptos"/>
                <w:b/>
                <w:bCs/>
              </w:rPr>
              <w:t>:</w:t>
            </w:r>
          </w:p>
        </w:tc>
        <w:tc>
          <w:tcPr>
            <w:tcW w:w="4824" w:type="dxa"/>
          </w:tcPr>
          <w:p w14:paraId="615B6659" w14:textId="5AC21E4E" w:rsidR="00917E37" w:rsidRPr="00CC6A2E" w:rsidRDefault="00917E37" w:rsidP="00BE5499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CC6A2E">
              <w:rPr>
                <w:rFonts w:ascii="Aptos" w:hAnsi="Aptos"/>
                <w:b/>
                <w:bCs/>
              </w:rPr>
              <w:t>Success measure:</w:t>
            </w:r>
          </w:p>
        </w:tc>
      </w:tr>
      <w:tr w:rsidR="00917E37" w:rsidRPr="00917E37" w14:paraId="13DBB0D1" w14:textId="0A72484A" w:rsidTr="00CC6A2E">
        <w:trPr>
          <w:trHeight w:val="720"/>
        </w:trPr>
        <w:tc>
          <w:tcPr>
            <w:tcW w:w="630" w:type="dxa"/>
            <w:vAlign w:val="center"/>
          </w:tcPr>
          <w:p w14:paraId="48F6102E" w14:textId="1956E16E" w:rsidR="00917E37" w:rsidRPr="00CC6A2E" w:rsidRDefault="00CC6A2E" w:rsidP="00CC6A2E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CC6A2E">
              <w:rPr>
                <w:rFonts w:ascii="Aptos" w:hAnsi="Aptos"/>
                <w:b/>
                <w:bCs/>
              </w:rPr>
              <w:t>1.</w:t>
            </w:r>
          </w:p>
        </w:tc>
        <w:tc>
          <w:tcPr>
            <w:tcW w:w="4824" w:type="dxa"/>
            <w:vAlign w:val="center"/>
          </w:tcPr>
          <w:p w14:paraId="72B138C4" w14:textId="3E186561" w:rsidR="00917E37" w:rsidRPr="00917E37" w:rsidRDefault="00917E37" w:rsidP="00CC6A2E">
            <w:pPr>
              <w:spacing w:before="120" w:after="120"/>
              <w:rPr>
                <w:rFonts w:ascii="Aptos" w:hAnsi="Aptos"/>
              </w:rPr>
            </w:pPr>
          </w:p>
        </w:tc>
        <w:tc>
          <w:tcPr>
            <w:tcW w:w="4824" w:type="dxa"/>
            <w:vAlign w:val="center"/>
          </w:tcPr>
          <w:p w14:paraId="5D4BFE32" w14:textId="77777777" w:rsidR="00917E37" w:rsidRPr="00917E37" w:rsidRDefault="00917E37" w:rsidP="00CC6A2E">
            <w:pPr>
              <w:spacing w:before="120" w:after="120"/>
              <w:rPr>
                <w:rFonts w:ascii="Aptos" w:hAnsi="Aptos"/>
              </w:rPr>
            </w:pPr>
          </w:p>
        </w:tc>
      </w:tr>
      <w:tr w:rsidR="00917E37" w:rsidRPr="00917E37" w14:paraId="1A25CF06" w14:textId="4763B0A9" w:rsidTr="00CC6A2E">
        <w:trPr>
          <w:trHeight w:val="720"/>
        </w:trPr>
        <w:tc>
          <w:tcPr>
            <w:tcW w:w="630" w:type="dxa"/>
            <w:vAlign w:val="center"/>
          </w:tcPr>
          <w:p w14:paraId="447B9243" w14:textId="33CB81ED" w:rsidR="00917E37" w:rsidRPr="00CC6A2E" w:rsidRDefault="00CC6A2E" w:rsidP="00CC6A2E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CC6A2E">
              <w:rPr>
                <w:rFonts w:ascii="Aptos" w:hAnsi="Aptos"/>
                <w:b/>
                <w:bCs/>
              </w:rPr>
              <w:t>2.</w:t>
            </w:r>
          </w:p>
        </w:tc>
        <w:tc>
          <w:tcPr>
            <w:tcW w:w="4824" w:type="dxa"/>
            <w:vAlign w:val="center"/>
          </w:tcPr>
          <w:p w14:paraId="6E1AEDE8" w14:textId="22D79BAA" w:rsidR="00917E37" w:rsidRPr="00917E37" w:rsidRDefault="00917E37" w:rsidP="00CC6A2E">
            <w:pPr>
              <w:spacing w:before="120" w:after="120"/>
              <w:rPr>
                <w:rFonts w:ascii="Aptos" w:hAnsi="Aptos"/>
              </w:rPr>
            </w:pPr>
          </w:p>
        </w:tc>
        <w:tc>
          <w:tcPr>
            <w:tcW w:w="4824" w:type="dxa"/>
            <w:vAlign w:val="center"/>
          </w:tcPr>
          <w:p w14:paraId="567D1DD5" w14:textId="77777777" w:rsidR="00917E37" w:rsidRPr="00917E37" w:rsidRDefault="00917E37" w:rsidP="00CC6A2E">
            <w:pPr>
              <w:spacing w:before="120" w:after="120"/>
              <w:rPr>
                <w:rFonts w:ascii="Aptos" w:hAnsi="Aptos"/>
              </w:rPr>
            </w:pPr>
          </w:p>
        </w:tc>
      </w:tr>
      <w:tr w:rsidR="00917E37" w:rsidRPr="00917E37" w14:paraId="5A87EA13" w14:textId="18EE5770" w:rsidTr="00CC6A2E">
        <w:trPr>
          <w:trHeight w:val="720"/>
        </w:trPr>
        <w:tc>
          <w:tcPr>
            <w:tcW w:w="630" w:type="dxa"/>
            <w:vAlign w:val="center"/>
          </w:tcPr>
          <w:p w14:paraId="4722FFD7" w14:textId="51ACD9D3" w:rsidR="00917E37" w:rsidRPr="00CC6A2E" w:rsidRDefault="00CC6A2E" w:rsidP="00CC6A2E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CC6A2E">
              <w:rPr>
                <w:rFonts w:ascii="Aptos" w:hAnsi="Aptos"/>
                <w:b/>
                <w:bCs/>
              </w:rPr>
              <w:lastRenderedPageBreak/>
              <w:t>3.</w:t>
            </w:r>
          </w:p>
        </w:tc>
        <w:tc>
          <w:tcPr>
            <w:tcW w:w="4824" w:type="dxa"/>
            <w:vAlign w:val="center"/>
          </w:tcPr>
          <w:p w14:paraId="3783E8D4" w14:textId="3D9F7170" w:rsidR="00917E37" w:rsidRPr="00917E37" w:rsidRDefault="00917E37" w:rsidP="00CC6A2E">
            <w:pPr>
              <w:spacing w:before="120" w:after="120"/>
              <w:rPr>
                <w:rFonts w:ascii="Aptos" w:hAnsi="Aptos"/>
              </w:rPr>
            </w:pPr>
          </w:p>
        </w:tc>
        <w:tc>
          <w:tcPr>
            <w:tcW w:w="4824" w:type="dxa"/>
            <w:vAlign w:val="center"/>
          </w:tcPr>
          <w:p w14:paraId="0A9D1C1D" w14:textId="77777777" w:rsidR="00917E37" w:rsidRPr="00917E37" w:rsidRDefault="00917E37" w:rsidP="00CC6A2E">
            <w:pPr>
              <w:spacing w:before="120" w:after="120"/>
              <w:rPr>
                <w:rFonts w:ascii="Aptos" w:hAnsi="Aptos"/>
              </w:rPr>
            </w:pPr>
          </w:p>
        </w:tc>
      </w:tr>
    </w:tbl>
    <w:p w14:paraId="200A9BF0" w14:textId="0728F62D" w:rsidR="002141E9" w:rsidRPr="00051721" w:rsidRDefault="007050EA" w:rsidP="00051721">
      <w:pPr>
        <w:pStyle w:val="Heading1"/>
        <w:spacing w:before="120" w:after="120"/>
        <w:rPr>
          <w:rFonts w:ascii="Aptos" w:hAnsi="Aptos"/>
          <w:color w:val="auto"/>
        </w:rPr>
      </w:pPr>
      <w:r w:rsidRPr="00051721">
        <w:rPr>
          <w:rFonts w:ascii="Aptos" w:hAnsi="Aptos"/>
          <w:color w:val="auto"/>
        </w:rPr>
        <w:t xml:space="preserve">6. Training </w:t>
      </w:r>
      <w:proofErr w:type="gramStart"/>
      <w:r w:rsidR="00CC6A2E">
        <w:rPr>
          <w:rFonts w:ascii="Aptos" w:hAnsi="Aptos"/>
          <w:color w:val="auto"/>
        </w:rPr>
        <w:t>for</w:t>
      </w:r>
      <w:proofErr w:type="gramEnd"/>
      <w:r w:rsidR="00CC6A2E">
        <w:rPr>
          <w:rFonts w:ascii="Aptos" w:hAnsi="Aptos"/>
          <w:color w:val="auto"/>
        </w:rPr>
        <w:t xml:space="preserve"> </w:t>
      </w:r>
      <w:r w:rsidRPr="00051721">
        <w:rPr>
          <w:rFonts w:ascii="Aptos" w:hAnsi="Aptos"/>
          <w:color w:val="auto"/>
        </w:rPr>
        <w:t>Development Needs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4"/>
        <w:gridCol w:w="6586"/>
      </w:tblGrid>
      <w:tr w:rsidR="00CC6A2E" w:rsidRPr="00CC6A2E" w14:paraId="48D98784" w14:textId="29EB46E4" w:rsidTr="007050EA">
        <w:trPr>
          <w:trHeight w:val="1080"/>
        </w:trPr>
        <w:tc>
          <w:tcPr>
            <w:tcW w:w="3528" w:type="dxa"/>
            <w:vAlign w:val="center"/>
          </w:tcPr>
          <w:p w14:paraId="4DFB9D97" w14:textId="77777777" w:rsidR="00CC6A2E" w:rsidRPr="00CC6A2E" w:rsidRDefault="00CC6A2E" w:rsidP="00CC6A2E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CC6A2E">
              <w:rPr>
                <w:rFonts w:ascii="Aptos" w:hAnsi="Aptos"/>
                <w:b/>
                <w:bCs/>
              </w:rPr>
              <w:t>Skills to develop:</w:t>
            </w:r>
          </w:p>
        </w:tc>
        <w:tc>
          <w:tcPr>
            <w:tcW w:w="6750" w:type="dxa"/>
            <w:vAlign w:val="center"/>
          </w:tcPr>
          <w:p w14:paraId="420B5DEA" w14:textId="77777777" w:rsidR="00CC6A2E" w:rsidRPr="00CC6A2E" w:rsidRDefault="00CC6A2E" w:rsidP="00CC6A2E">
            <w:pPr>
              <w:spacing w:before="120" w:after="120"/>
              <w:rPr>
                <w:rFonts w:ascii="Aptos" w:hAnsi="Aptos"/>
              </w:rPr>
            </w:pPr>
          </w:p>
        </w:tc>
      </w:tr>
      <w:tr w:rsidR="00CC6A2E" w:rsidRPr="00CC6A2E" w14:paraId="52AC760E" w14:textId="491E9F9E" w:rsidTr="007050EA">
        <w:trPr>
          <w:trHeight w:val="1080"/>
        </w:trPr>
        <w:tc>
          <w:tcPr>
            <w:tcW w:w="3528" w:type="dxa"/>
            <w:vAlign w:val="center"/>
          </w:tcPr>
          <w:p w14:paraId="5C30AEBD" w14:textId="77777777" w:rsidR="00CC6A2E" w:rsidRPr="00CC6A2E" w:rsidRDefault="00CC6A2E" w:rsidP="00CC6A2E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CC6A2E">
              <w:rPr>
                <w:rFonts w:ascii="Aptos" w:hAnsi="Aptos"/>
                <w:b/>
                <w:bCs/>
              </w:rPr>
              <w:t>Internal Training required:</w:t>
            </w:r>
          </w:p>
        </w:tc>
        <w:tc>
          <w:tcPr>
            <w:tcW w:w="6750" w:type="dxa"/>
            <w:vAlign w:val="center"/>
          </w:tcPr>
          <w:p w14:paraId="36DE406C" w14:textId="77777777" w:rsidR="00CC6A2E" w:rsidRPr="00CC6A2E" w:rsidRDefault="00CC6A2E" w:rsidP="00CC6A2E">
            <w:pPr>
              <w:spacing w:before="120" w:after="120"/>
              <w:rPr>
                <w:rFonts w:ascii="Aptos" w:hAnsi="Aptos"/>
              </w:rPr>
            </w:pPr>
          </w:p>
        </w:tc>
      </w:tr>
      <w:tr w:rsidR="00CC6A2E" w:rsidRPr="00CC6A2E" w14:paraId="6F3058D6" w14:textId="075A48C7" w:rsidTr="007050EA">
        <w:trPr>
          <w:trHeight w:val="1080"/>
        </w:trPr>
        <w:tc>
          <w:tcPr>
            <w:tcW w:w="3528" w:type="dxa"/>
            <w:vAlign w:val="center"/>
          </w:tcPr>
          <w:p w14:paraId="3D39D86B" w14:textId="77777777" w:rsidR="00CC6A2E" w:rsidRPr="00CC6A2E" w:rsidRDefault="00CC6A2E" w:rsidP="00CC6A2E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CC6A2E">
              <w:rPr>
                <w:rFonts w:ascii="Aptos" w:hAnsi="Aptos"/>
                <w:b/>
                <w:bCs/>
              </w:rPr>
              <w:t>External training recommended:</w:t>
            </w:r>
          </w:p>
        </w:tc>
        <w:tc>
          <w:tcPr>
            <w:tcW w:w="6750" w:type="dxa"/>
            <w:vAlign w:val="center"/>
          </w:tcPr>
          <w:p w14:paraId="2DA6B018" w14:textId="77777777" w:rsidR="00CC6A2E" w:rsidRPr="00CC6A2E" w:rsidRDefault="00CC6A2E" w:rsidP="00CC6A2E">
            <w:pPr>
              <w:spacing w:before="120" w:after="120"/>
              <w:rPr>
                <w:rFonts w:ascii="Aptos" w:hAnsi="Aptos"/>
              </w:rPr>
            </w:pPr>
          </w:p>
        </w:tc>
      </w:tr>
      <w:tr w:rsidR="00CC6A2E" w:rsidRPr="00CC6A2E" w14:paraId="4CADCC95" w14:textId="6EBE4C3A" w:rsidTr="007050EA">
        <w:trPr>
          <w:trHeight w:val="1080"/>
        </w:trPr>
        <w:tc>
          <w:tcPr>
            <w:tcW w:w="3528" w:type="dxa"/>
            <w:vAlign w:val="center"/>
          </w:tcPr>
          <w:p w14:paraId="2CCCED06" w14:textId="77777777" w:rsidR="00CC6A2E" w:rsidRPr="00CC6A2E" w:rsidRDefault="00CC6A2E" w:rsidP="00CC6A2E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CC6A2E">
              <w:rPr>
                <w:rFonts w:ascii="Aptos" w:hAnsi="Aptos"/>
                <w:b/>
                <w:bCs/>
              </w:rPr>
              <w:t>Mentoring requested:</w:t>
            </w:r>
          </w:p>
        </w:tc>
        <w:tc>
          <w:tcPr>
            <w:tcW w:w="6750" w:type="dxa"/>
            <w:vAlign w:val="center"/>
          </w:tcPr>
          <w:p w14:paraId="157F402A" w14:textId="77777777" w:rsidR="00CC6A2E" w:rsidRPr="00CC6A2E" w:rsidRDefault="00CC6A2E" w:rsidP="00CC6A2E">
            <w:pPr>
              <w:spacing w:before="120" w:after="120"/>
              <w:rPr>
                <w:rFonts w:ascii="Aptos" w:hAnsi="Aptos"/>
              </w:rPr>
            </w:pPr>
          </w:p>
        </w:tc>
      </w:tr>
    </w:tbl>
    <w:p w14:paraId="666ABE52" w14:textId="65803BBE" w:rsidR="002141E9" w:rsidRPr="00051721" w:rsidRDefault="007050EA" w:rsidP="00CC6A2E">
      <w:pPr>
        <w:pStyle w:val="Heading1"/>
        <w:spacing w:before="240" w:after="120"/>
        <w:rPr>
          <w:rFonts w:ascii="Aptos" w:hAnsi="Aptos"/>
          <w:color w:val="auto"/>
        </w:rPr>
      </w:pPr>
      <w:r w:rsidRPr="00051721">
        <w:rPr>
          <w:rFonts w:ascii="Aptos" w:hAnsi="Aptos"/>
          <w:color w:val="auto"/>
        </w:rPr>
        <w:t xml:space="preserve">7. </w:t>
      </w:r>
      <w:r w:rsidR="00051721" w:rsidRPr="00051721">
        <w:rPr>
          <w:rFonts w:ascii="Aptos" w:hAnsi="Aptos"/>
          <w:color w:val="auto"/>
        </w:rPr>
        <w:t xml:space="preserve">Mandatory </w:t>
      </w:r>
      <w:r w:rsidR="00CC6A2E">
        <w:rPr>
          <w:rFonts w:ascii="Aptos" w:hAnsi="Aptos"/>
          <w:color w:val="auto"/>
        </w:rPr>
        <w:t xml:space="preserve">Compliance </w:t>
      </w:r>
      <w:r w:rsidRPr="00051721">
        <w:rPr>
          <w:rFonts w:ascii="Aptos" w:hAnsi="Aptos"/>
          <w:color w:val="auto"/>
        </w:rPr>
        <w:t xml:space="preserve">Training 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7285"/>
        <w:gridCol w:w="2790"/>
      </w:tblGrid>
      <w:tr w:rsidR="002E1AAF" w:rsidRPr="00051721" w14:paraId="707D53B3" w14:textId="77777777" w:rsidTr="002E1AAF">
        <w:tc>
          <w:tcPr>
            <w:tcW w:w="7285" w:type="dxa"/>
          </w:tcPr>
          <w:p w14:paraId="4FC215A2" w14:textId="672B86C0" w:rsidR="002E1AAF" w:rsidRPr="00CC6A2E" w:rsidRDefault="002E1AAF" w:rsidP="00051721">
            <w:pPr>
              <w:spacing w:before="120" w:after="120" w:line="276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Mandatory Training Required</w:t>
            </w:r>
          </w:p>
        </w:tc>
        <w:tc>
          <w:tcPr>
            <w:tcW w:w="2790" w:type="dxa"/>
          </w:tcPr>
          <w:p w14:paraId="0CA6A7BA" w14:textId="77777777" w:rsidR="002E1AAF" w:rsidRPr="00CC6A2E" w:rsidRDefault="002E1AAF" w:rsidP="00051721">
            <w:pPr>
              <w:spacing w:before="120" w:after="120" w:line="276" w:lineRule="auto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C6A2E">
              <w:rPr>
                <w:rFonts w:ascii="Aptos" w:hAnsi="Aptos"/>
                <w:b/>
                <w:bCs/>
                <w:sz w:val="24"/>
                <w:szCs w:val="24"/>
              </w:rPr>
              <w:t>Date Due</w:t>
            </w:r>
          </w:p>
        </w:tc>
      </w:tr>
      <w:tr w:rsidR="002E1AAF" w:rsidRPr="00051721" w14:paraId="066F75B2" w14:textId="77777777" w:rsidTr="002E1AAF">
        <w:tc>
          <w:tcPr>
            <w:tcW w:w="7285" w:type="dxa"/>
          </w:tcPr>
          <w:p w14:paraId="1C677EB1" w14:textId="77777777" w:rsidR="002E1AAF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49741C53" w14:textId="77777777" w:rsidR="002E1AAF" w:rsidRPr="00CC6A2E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2E1AAF" w:rsidRPr="00051721" w14:paraId="2EE1A7D4" w14:textId="77777777" w:rsidTr="002E1AAF">
        <w:tc>
          <w:tcPr>
            <w:tcW w:w="7285" w:type="dxa"/>
          </w:tcPr>
          <w:p w14:paraId="4B52CF8B" w14:textId="77777777" w:rsidR="002E1AAF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42F0E72E" w14:textId="77777777" w:rsidR="002E1AAF" w:rsidRPr="00CC6A2E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2E1AAF" w:rsidRPr="00051721" w14:paraId="19FB273C" w14:textId="77777777" w:rsidTr="002E1AAF">
        <w:tc>
          <w:tcPr>
            <w:tcW w:w="7285" w:type="dxa"/>
          </w:tcPr>
          <w:p w14:paraId="2D00D56B" w14:textId="77777777" w:rsidR="002E1AAF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1408358D" w14:textId="77777777" w:rsidR="002E1AAF" w:rsidRPr="00CC6A2E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2E1AAF" w:rsidRPr="00051721" w14:paraId="0491F48F" w14:textId="77777777" w:rsidTr="002E1AAF">
        <w:tc>
          <w:tcPr>
            <w:tcW w:w="7285" w:type="dxa"/>
          </w:tcPr>
          <w:p w14:paraId="778D320B" w14:textId="77777777" w:rsidR="002E1AAF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7EC5C7E1" w14:textId="77777777" w:rsidR="002E1AAF" w:rsidRPr="00CC6A2E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2E1AAF" w:rsidRPr="00051721" w14:paraId="1E198563" w14:textId="77777777" w:rsidTr="002E1AAF">
        <w:tc>
          <w:tcPr>
            <w:tcW w:w="7285" w:type="dxa"/>
          </w:tcPr>
          <w:p w14:paraId="680E91FB" w14:textId="77777777" w:rsidR="002E1AAF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120327C6" w14:textId="77777777" w:rsidR="002E1AAF" w:rsidRPr="00CC6A2E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2E1AAF" w:rsidRPr="00051721" w14:paraId="35980228" w14:textId="77777777" w:rsidTr="002E1AAF">
        <w:tc>
          <w:tcPr>
            <w:tcW w:w="7285" w:type="dxa"/>
          </w:tcPr>
          <w:p w14:paraId="34D756D3" w14:textId="77777777" w:rsidR="002E1AAF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442AB614" w14:textId="77777777" w:rsidR="002E1AAF" w:rsidRPr="00CC6A2E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2E1AAF" w:rsidRPr="00051721" w14:paraId="34822A4B" w14:textId="77777777" w:rsidTr="002E1AAF">
        <w:tc>
          <w:tcPr>
            <w:tcW w:w="7285" w:type="dxa"/>
          </w:tcPr>
          <w:p w14:paraId="638C7FE8" w14:textId="77777777" w:rsidR="002E1AAF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2790" w:type="dxa"/>
          </w:tcPr>
          <w:p w14:paraId="2013D940" w14:textId="77777777" w:rsidR="002E1AAF" w:rsidRPr="00CC6A2E" w:rsidRDefault="002E1AAF" w:rsidP="00051721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</w:tbl>
    <w:p w14:paraId="0C47FF95" w14:textId="5B24EF0F" w:rsidR="002141E9" w:rsidRPr="00051721" w:rsidRDefault="007050EA" w:rsidP="00CC6A2E">
      <w:pPr>
        <w:pStyle w:val="Heading1"/>
        <w:spacing w:before="240" w:after="120"/>
        <w:rPr>
          <w:rFonts w:ascii="Aptos" w:hAnsi="Aptos"/>
          <w:color w:val="auto"/>
        </w:rPr>
      </w:pPr>
      <w:r w:rsidRPr="00051721">
        <w:rPr>
          <w:rFonts w:ascii="Aptos" w:hAnsi="Aptos"/>
          <w:color w:val="auto"/>
        </w:rPr>
        <w:t>8. Next Check-In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5"/>
        <w:gridCol w:w="6935"/>
      </w:tblGrid>
      <w:tr w:rsidR="007050EA" w:rsidRPr="007050EA" w14:paraId="6A2B9650" w14:textId="2D938E6C" w:rsidTr="007050EA">
        <w:trPr>
          <w:trHeight w:val="720"/>
        </w:trPr>
        <w:tc>
          <w:tcPr>
            <w:tcW w:w="3168" w:type="dxa"/>
            <w:vAlign w:val="center"/>
          </w:tcPr>
          <w:p w14:paraId="7544C44C" w14:textId="77777777" w:rsidR="007050EA" w:rsidRPr="007050EA" w:rsidRDefault="007050EA" w:rsidP="007050EA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7050EA">
              <w:rPr>
                <w:rFonts w:ascii="Aptos" w:hAnsi="Aptos"/>
                <w:b/>
                <w:bCs/>
                <w:sz w:val="24"/>
                <w:szCs w:val="24"/>
              </w:rPr>
              <w:t>Next review due:</w:t>
            </w:r>
          </w:p>
        </w:tc>
        <w:tc>
          <w:tcPr>
            <w:tcW w:w="7110" w:type="dxa"/>
            <w:vAlign w:val="center"/>
          </w:tcPr>
          <w:p w14:paraId="10CB8B72" w14:textId="77777777" w:rsidR="007050EA" w:rsidRPr="007050EA" w:rsidRDefault="007050EA" w:rsidP="007050EA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7050EA" w:rsidRPr="007050EA" w14:paraId="17D5E93F" w14:textId="6BB14F75" w:rsidTr="007050EA">
        <w:trPr>
          <w:trHeight w:val="720"/>
        </w:trPr>
        <w:tc>
          <w:tcPr>
            <w:tcW w:w="3168" w:type="dxa"/>
            <w:vAlign w:val="center"/>
          </w:tcPr>
          <w:p w14:paraId="25325AE6" w14:textId="77777777" w:rsidR="007050EA" w:rsidRPr="007050EA" w:rsidRDefault="007050EA" w:rsidP="007050EA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  <w:proofErr w:type="gramStart"/>
            <w:r w:rsidRPr="007050EA">
              <w:rPr>
                <w:rFonts w:ascii="Aptos" w:hAnsi="Aptos"/>
                <w:b/>
                <w:bCs/>
                <w:sz w:val="24"/>
                <w:szCs w:val="24"/>
              </w:rPr>
              <w:t>Supervisor</w:t>
            </w:r>
            <w:proofErr w:type="gramEnd"/>
            <w:r w:rsidRPr="007050EA">
              <w:rPr>
                <w:rFonts w:ascii="Aptos" w:hAnsi="Aptos"/>
                <w:b/>
                <w:bCs/>
                <w:sz w:val="24"/>
                <w:szCs w:val="24"/>
              </w:rPr>
              <w:t xml:space="preserve"> signature:</w:t>
            </w:r>
          </w:p>
        </w:tc>
        <w:tc>
          <w:tcPr>
            <w:tcW w:w="7110" w:type="dxa"/>
            <w:vAlign w:val="center"/>
          </w:tcPr>
          <w:p w14:paraId="0C421A71" w14:textId="77777777" w:rsidR="007050EA" w:rsidRPr="007050EA" w:rsidRDefault="007050EA" w:rsidP="007050EA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7050EA" w:rsidRPr="007050EA" w14:paraId="38BB6C55" w14:textId="5EFD19EB" w:rsidTr="007050EA">
        <w:trPr>
          <w:trHeight w:val="720"/>
        </w:trPr>
        <w:tc>
          <w:tcPr>
            <w:tcW w:w="3168" w:type="dxa"/>
            <w:vAlign w:val="center"/>
          </w:tcPr>
          <w:p w14:paraId="0461D880" w14:textId="77777777" w:rsidR="007050EA" w:rsidRPr="007050EA" w:rsidRDefault="007050EA" w:rsidP="007050EA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7050EA">
              <w:rPr>
                <w:rFonts w:ascii="Aptos" w:hAnsi="Aptos"/>
                <w:b/>
                <w:bCs/>
                <w:sz w:val="24"/>
                <w:szCs w:val="24"/>
              </w:rPr>
              <w:t>Staff/volunteer signature:</w:t>
            </w:r>
          </w:p>
        </w:tc>
        <w:tc>
          <w:tcPr>
            <w:tcW w:w="7110" w:type="dxa"/>
            <w:vAlign w:val="center"/>
          </w:tcPr>
          <w:p w14:paraId="2ED84768" w14:textId="77777777" w:rsidR="007050EA" w:rsidRPr="007050EA" w:rsidRDefault="007050EA" w:rsidP="007050EA">
            <w:pPr>
              <w:spacing w:before="120" w:after="120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</w:tbl>
    <w:p w14:paraId="08427FE9" w14:textId="77777777" w:rsidR="002141E9" w:rsidRPr="00051721" w:rsidRDefault="002141E9" w:rsidP="007050EA">
      <w:pPr>
        <w:spacing w:before="120" w:after="120"/>
        <w:rPr>
          <w:rFonts w:ascii="Aptos" w:hAnsi="Aptos"/>
        </w:rPr>
      </w:pPr>
    </w:p>
    <w:sectPr w:rsidR="002141E9" w:rsidRPr="00051721" w:rsidSect="00705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080" w:bottom="9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0386F" w14:textId="77777777" w:rsidR="004A08B4" w:rsidRDefault="004A08B4" w:rsidP="007050EA">
      <w:pPr>
        <w:spacing w:after="0" w:line="240" w:lineRule="auto"/>
      </w:pPr>
      <w:r>
        <w:separator/>
      </w:r>
    </w:p>
  </w:endnote>
  <w:endnote w:type="continuationSeparator" w:id="0">
    <w:p w14:paraId="1EDA04C6" w14:textId="77777777" w:rsidR="004A08B4" w:rsidRDefault="004A08B4" w:rsidP="0070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9A787" w14:textId="77777777" w:rsidR="002E1AAF" w:rsidRDefault="002E1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0067184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54C27784" w14:textId="11C46C83" w:rsidR="007050EA" w:rsidRPr="007050EA" w:rsidRDefault="007050EA" w:rsidP="007050EA">
        <w:pPr>
          <w:pStyle w:val="Footer"/>
          <w:jc w:val="center"/>
          <w:rPr>
            <w:rFonts w:ascii="Aptos" w:hAnsi="Aptos"/>
          </w:rPr>
        </w:pPr>
        <w:r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1CB8CE0B" wp14:editId="05A1713E">
                  <wp:simplePos x="0" y="0"/>
                  <wp:positionH relativeFrom="column">
                    <wp:posOffset>5372100</wp:posOffset>
                  </wp:positionH>
                  <wp:positionV relativeFrom="paragraph">
                    <wp:posOffset>-46990</wp:posOffset>
                  </wp:positionV>
                  <wp:extent cx="1057275" cy="314325"/>
                  <wp:effectExtent l="0" t="0" r="9525" b="9525"/>
                  <wp:wrapNone/>
                  <wp:docPr id="301768932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057275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3A057D" w14:textId="29FDDD68" w:rsidR="007050EA" w:rsidRPr="007050EA" w:rsidRDefault="002E1AAF" w:rsidP="007050EA">
                              <w:pPr>
                                <w:jc w:val="right"/>
                                <w:rPr>
                                  <w:rFonts w:ascii="Aptos" w:hAnsi="Aptos"/>
                                </w:rPr>
                              </w:pPr>
                              <w:r>
                                <w:rPr>
                                  <w:rFonts w:ascii="Aptos" w:hAnsi="Aptos"/>
                                </w:rPr>
                                <w:t>M</w:t>
                              </w:r>
                              <w:r w:rsidR="00377E57">
                                <w:rPr>
                                  <w:rFonts w:ascii="Aptos" w:hAnsi="Aptos"/>
                                </w:rPr>
                                <w:t>ay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CB8CE0B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23pt;margin-top:-3.7pt;width:83.25pt;height:24.7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" fillcolor="white [3201]" stroked="f" strokeweight=".5pt">
                  <v:textbox>
                    <w:txbxContent>
                      <w:p w14:paraId="3E3A057D" w14:textId="29FDDD68" w:rsidR="007050EA" w:rsidRPr="007050EA" w:rsidRDefault="002E1AAF" w:rsidP="007050EA">
                        <w:pPr>
                          <w:jc w:val="right"/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M</w:t>
                        </w:r>
                        <w:r w:rsidR="00377E57">
                          <w:rPr>
                            <w:rFonts w:ascii="Aptos" w:hAnsi="Aptos"/>
                          </w:rPr>
                          <w:t>ay 26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7050EA">
          <w:rPr>
            <w:rFonts w:ascii="Aptos" w:hAnsi="Aptos"/>
          </w:rPr>
          <w:fldChar w:fldCharType="begin"/>
        </w:r>
        <w:r w:rsidRPr="007050EA">
          <w:rPr>
            <w:rFonts w:ascii="Aptos" w:hAnsi="Aptos"/>
          </w:rPr>
          <w:instrText>PAGE   \* MERGEFORMAT</w:instrText>
        </w:r>
        <w:r w:rsidRPr="007050EA">
          <w:rPr>
            <w:rFonts w:ascii="Aptos" w:hAnsi="Aptos"/>
          </w:rPr>
          <w:fldChar w:fldCharType="separate"/>
        </w:r>
        <w:r w:rsidRPr="007050EA">
          <w:rPr>
            <w:rFonts w:ascii="Aptos" w:hAnsi="Aptos"/>
            <w:lang w:val="en-GB"/>
          </w:rPr>
          <w:t>2</w:t>
        </w:r>
        <w:r w:rsidRPr="007050EA">
          <w:rPr>
            <w:rFonts w:ascii="Aptos" w:hAnsi="Aptos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D312" w14:textId="77777777" w:rsidR="002E1AAF" w:rsidRDefault="002E1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5DF1" w14:textId="77777777" w:rsidR="004A08B4" w:rsidRDefault="004A08B4" w:rsidP="007050EA">
      <w:pPr>
        <w:spacing w:after="0" w:line="240" w:lineRule="auto"/>
      </w:pPr>
      <w:r>
        <w:separator/>
      </w:r>
    </w:p>
  </w:footnote>
  <w:footnote w:type="continuationSeparator" w:id="0">
    <w:p w14:paraId="5631F89F" w14:textId="77777777" w:rsidR="004A08B4" w:rsidRDefault="004A08B4" w:rsidP="00705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0FBD" w14:textId="77777777" w:rsidR="002E1AAF" w:rsidRDefault="002E1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5789" w14:textId="77777777" w:rsidR="002E1AAF" w:rsidRDefault="002E1A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3CC40" w14:textId="77777777" w:rsidR="002E1AAF" w:rsidRDefault="002E1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2404937">
    <w:abstractNumId w:val="8"/>
  </w:num>
  <w:num w:numId="2" w16cid:durableId="402458575">
    <w:abstractNumId w:val="6"/>
  </w:num>
  <w:num w:numId="3" w16cid:durableId="593902698">
    <w:abstractNumId w:val="5"/>
  </w:num>
  <w:num w:numId="4" w16cid:durableId="1567111527">
    <w:abstractNumId w:val="4"/>
  </w:num>
  <w:num w:numId="5" w16cid:durableId="1824854615">
    <w:abstractNumId w:val="7"/>
  </w:num>
  <w:num w:numId="6" w16cid:durableId="875195231">
    <w:abstractNumId w:val="3"/>
  </w:num>
  <w:num w:numId="7" w16cid:durableId="1083262592">
    <w:abstractNumId w:val="2"/>
  </w:num>
  <w:num w:numId="8" w16cid:durableId="122820553">
    <w:abstractNumId w:val="1"/>
  </w:num>
  <w:num w:numId="9" w16cid:durableId="1169057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721"/>
    <w:rsid w:val="0006063C"/>
    <w:rsid w:val="000E3668"/>
    <w:rsid w:val="0015074B"/>
    <w:rsid w:val="002141E9"/>
    <w:rsid w:val="0029639D"/>
    <w:rsid w:val="002E1AAF"/>
    <w:rsid w:val="00326F90"/>
    <w:rsid w:val="00377E57"/>
    <w:rsid w:val="003A22CF"/>
    <w:rsid w:val="004A08B4"/>
    <w:rsid w:val="00570721"/>
    <w:rsid w:val="007050EA"/>
    <w:rsid w:val="00917E37"/>
    <w:rsid w:val="00AA1D8D"/>
    <w:rsid w:val="00B47730"/>
    <w:rsid w:val="00C81EE9"/>
    <w:rsid w:val="00CB0664"/>
    <w:rsid w:val="00CC6A2E"/>
    <w:rsid w:val="00D06E83"/>
    <w:rsid w:val="00D9676A"/>
    <w:rsid w:val="00DC62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2B4485"/>
  <w14:defaultImageDpi w14:val="300"/>
  <w15:docId w15:val="{3132C24B-FD74-473E-9D0D-646E19BC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</Words>
  <Characters>546</Characters>
  <Application>Microsoft Office Word</Application>
  <DocSecurity>0</DocSecurity>
  <Lines>11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2</cp:revision>
  <dcterms:created xsi:type="dcterms:W3CDTF">2026-04-22T08:12:00Z</dcterms:created>
  <dcterms:modified xsi:type="dcterms:W3CDTF">2026-04-22T08:12:00Z</dcterms:modified>
  <cp:category/>
</cp:coreProperties>
</file>