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35739" w14:textId="77777777" w:rsidR="00822E9B" w:rsidRPr="00822E9B" w:rsidRDefault="00822E9B" w:rsidP="00822E9B">
      <w:pPr>
        <w:spacing w:before="120" w:after="120"/>
        <w:outlineLvl w:val="0"/>
        <w:rPr>
          <w:rFonts w:ascii="Aptos" w:eastAsia="Times New Roman" w:hAnsi="Aptos" w:cs="Times New Roman"/>
          <w:b/>
          <w:bCs/>
          <w:kern w:val="36"/>
          <w:sz w:val="28"/>
          <w:szCs w:val="28"/>
          <w:lang w:val="en-GB" w:eastAsia="en-GB"/>
        </w:rPr>
      </w:pPr>
      <w:r w:rsidRPr="00822E9B">
        <w:rPr>
          <w:rFonts w:ascii="Aptos" w:eastAsia="Times New Roman" w:hAnsi="Aptos" w:cs="Times New Roman"/>
          <w:b/>
          <w:bCs/>
          <w:kern w:val="36"/>
          <w:sz w:val="28"/>
          <w:szCs w:val="28"/>
          <w:lang w:val="en-GB" w:eastAsia="en-GB"/>
        </w:rPr>
        <w:t>Yard Rules and Regulations</w:t>
      </w:r>
    </w:p>
    <w:p w14:paraId="7715FBF2" w14:textId="77777777" w:rsidR="00822E9B" w:rsidRPr="00822E9B" w:rsidRDefault="00822E9B" w:rsidP="00822E9B">
      <w:pPr>
        <w:spacing w:before="120" w:after="120"/>
        <w:outlineLvl w:val="1"/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  <w:t>1. Purpose</w:t>
      </w:r>
    </w:p>
    <w:p w14:paraId="4C04B331" w14:textId="6031CFE0" w:rsidR="00822E9B" w:rsidRPr="00822E9B" w:rsidRDefault="00822E9B" w:rsidP="00822E9B">
      <w:pPr>
        <w:spacing w:before="120" w:after="120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These rules set out the </w:t>
      </w:r>
      <w:r w:rsidRPr="00822E9B"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  <w:t>safety and operational requirements</w:t>
      </w: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 for all users of the riding school.</w:t>
      </w:r>
      <w:r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 </w:t>
      </w: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>They are designed to ensure:</w:t>
      </w:r>
    </w:p>
    <w:p w14:paraId="6B5B4F57" w14:textId="77777777" w:rsidR="00822E9B" w:rsidRPr="00822E9B" w:rsidRDefault="00822E9B" w:rsidP="00822E9B">
      <w:pPr>
        <w:numPr>
          <w:ilvl w:val="0"/>
          <w:numId w:val="10"/>
        </w:numPr>
        <w:spacing w:before="120" w:after="120"/>
        <w:contextualSpacing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The safety of riders, staff, and visitors </w:t>
      </w:r>
    </w:p>
    <w:p w14:paraId="28FFB611" w14:textId="77777777" w:rsidR="00822E9B" w:rsidRPr="00822E9B" w:rsidRDefault="00822E9B" w:rsidP="00822E9B">
      <w:pPr>
        <w:numPr>
          <w:ilvl w:val="0"/>
          <w:numId w:val="10"/>
        </w:numPr>
        <w:spacing w:before="120" w:after="120"/>
        <w:contextualSpacing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The welfare of horses </w:t>
      </w:r>
    </w:p>
    <w:p w14:paraId="74F86E95" w14:textId="77777777" w:rsidR="00822E9B" w:rsidRPr="00822E9B" w:rsidRDefault="00822E9B" w:rsidP="00822E9B">
      <w:pPr>
        <w:numPr>
          <w:ilvl w:val="0"/>
          <w:numId w:val="10"/>
        </w:numPr>
        <w:spacing w:before="120" w:after="120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The smooth and safe operation of the yard </w:t>
      </w:r>
    </w:p>
    <w:p w14:paraId="06BCDB4A" w14:textId="11573284" w:rsidR="00822E9B" w:rsidRPr="00822E9B" w:rsidRDefault="00822E9B" w:rsidP="00822E9B">
      <w:pPr>
        <w:spacing w:before="120" w:after="120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These rules must be followed and operate alongside the </w:t>
      </w:r>
      <w:r w:rsidRPr="00822E9B"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  <w:t>Horse Riders Code of Conduct</w:t>
      </w: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>.</w:t>
      </w:r>
    </w:p>
    <w:p w14:paraId="163555C4" w14:textId="77777777" w:rsidR="00822E9B" w:rsidRPr="00822E9B" w:rsidRDefault="00822E9B" w:rsidP="00822E9B">
      <w:pPr>
        <w:spacing w:before="120" w:after="120"/>
        <w:outlineLvl w:val="1"/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  <w:t>2. General Safety</w:t>
      </w:r>
    </w:p>
    <w:p w14:paraId="1727F64E" w14:textId="1E1F06DD" w:rsidR="00822E9B" w:rsidRPr="00822E9B" w:rsidRDefault="00822E9B" w:rsidP="00822E9B">
      <w:pPr>
        <w:numPr>
          <w:ilvl w:val="0"/>
          <w:numId w:val="11"/>
        </w:numPr>
        <w:spacing w:before="120" w:after="120"/>
        <w:contextualSpacing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>
        <w:rPr>
          <w:rFonts w:ascii="Aptos" w:eastAsia="Times New Roman" w:hAnsi="Aptos" w:cs="Times New Roman"/>
          <w:sz w:val="24"/>
          <w:szCs w:val="24"/>
          <w:lang w:val="en-GB" w:eastAsia="en-GB"/>
        </w:rPr>
        <w:t>R</w:t>
      </w: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iding hats to current safety standards must be worn when mounted or handling horses </w:t>
      </w:r>
    </w:p>
    <w:p w14:paraId="7320C75B" w14:textId="77777777" w:rsidR="00822E9B" w:rsidRPr="00822E9B" w:rsidRDefault="00822E9B" w:rsidP="00822E9B">
      <w:pPr>
        <w:numPr>
          <w:ilvl w:val="0"/>
          <w:numId w:val="11"/>
        </w:numPr>
        <w:spacing w:before="120" w:after="120"/>
        <w:contextualSpacing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Appropriate footwear (no trainers or open-toed shoes) must be worn on the yard </w:t>
      </w:r>
    </w:p>
    <w:p w14:paraId="4B8CD0AA" w14:textId="77777777" w:rsidR="00822E9B" w:rsidRPr="00822E9B" w:rsidRDefault="00822E9B" w:rsidP="00822E9B">
      <w:pPr>
        <w:numPr>
          <w:ilvl w:val="0"/>
          <w:numId w:val="11"/>
        </w:numPr>
        <w:spacing w:before="120" w:after="120"/>
        <w:contextualSpacing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Body protectors are recommended for jumping and required for cross-country </w:t>
      </w:r>
    </w:p>
    <w:p w14:paraId="742DE518" w14:textId="33A2D636" w:rsidR="00822E9B" w:rsidRPr="00822E9B" w:rsidRDefault="00822E9B" w:rsidP="00822E9B">
      <w:pPr>
        <w:numPr>
          <w:ilvl w:val="0"/>
          <w:numId w:val="11"/>
        </w:numPr>
        <w:spacing w:before="120" w:after="120"/>
        <w:contextualSpacing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Children under 16 must be supervised by an adult unless part of a supervised activity </w:t>
      </w:r>
    </w:p>
    <w:p w14:paraId="1FBAB3AB" w14:textId="77777777" w:rsidR="00822E9B" w:rsidRPr="00822E9B" w:rsidRDefault="00822E9B" w:rsidP="00822E9B">
      <w:pPr>
        <w:numPr>
          <w:ilvl w:val="0"/>
          <w:numId w:val="11"/>
        </w:numPr>
        <w:spacing w:before="120" w:after="120"/>
        <w:contextualSpacing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Running, shouting, or loud behaviour is not permitted near horses </w:t>
      </w:r>
    </w:p>
    <w:p w14:paraId="588B7AF7" w14:textId="77777777" w:rsidR="00822E9B" w:rsidRPr="00822E9B" w:rsidRDefault="00822E9B" w:rsidP="00822E9B">
      <w:pPr>
        <w:numPr>
          <w:ilvl w:val="0"/>
          <w:numId w:val="11"/>
        </w:numPr>
        <w:spacing w:before="120" w:after="120"/>
        <w:contextualSpacing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Smoking is not permitted anywhere on the premises </w:t>
      </w:r>
    </w:p>
    <w:p w14:paraId="79F93962" w14:textId="77777777" w:rsidR="00822E9B" w:rsidRPr="00822E9B" w:rsidRDefault="00822E9B" w:rsidP="00822E9B">
      <w:pPr>
        <w:numPr>
          <w:ilvl w:val="0"/>
          <w:numId w:val="11"/>
        </w:numPr>
        <w:spacing w:before="120" w:after="120"/>
        <w:contextualSpacing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Dogs must be </w:t>
      </w:r>
      <w:proofErr w:type="gramStart"/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>kept on a lead and under control at all times</w:t>
      </w:r>
      <w:proofErr w:type="gramEnd"/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 </w:t>
      </w:r>
    </w:p>
    <w:p w14:paraId="691B54C4" w14:textId="77777777" w:rsidR="00822E9B" w:rsidRPr="00822E9B" w:rsidRDefault="00822E9B" w:rsidP="00822E9B">
      <w:pPr>
        <w:numPr>
          <w:ilvl w:val="0"/>
          <w:numId w:val="11"/>
        </w:numPr>
        <w:spacing w:before="120" w:after="120"/>
        <w:contextualSpacing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Accidents and near-misses must be reported immediately to a member of staff </w:t>
      </w:r>
    </w:p>
    <w:p w14:paraId="229B23E3" w14:textId="13C966CB" w:rsidR="00822E9B" w:rsidRPr="00822E9B" w:rsidRDefault="00822E9B" w:rsidP="00822E9B">
      <w:pPr>
        <w:numPr>
          <w:ilvl w:val="0"/>
          <w:numId w:val="11"/>
        </w:numPr>
        <w:spacing w:before="120" w:after="120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All staff instructions must be </w:t>
      </w:r>
      <w:proofErr w:type="gramStart"/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>followed at all times</w:t>
      </w:r>
      <w:proofErr w:type="gramEnd"/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 </w:t>
      </w:r>
    </w:p>
    <w:p w14:paraId="34BC8220" w14:textId="77777777" w:rsidR="00822E9B" w:rsidRPr="00822E9B" w:rsidRDefault="00822E9B" w:rsidP="00822E9B">
      <w:pPr>
        <w:spacing w:before="120" w:after="120"/>
        <w:outlineLvl w:val="1"/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  <w:t>3. Horse Handling and Welfare</w:t>
      </w:r>
    </w:p>
    <w:p w14:paraId="3ED8C41E" w14:textId="77777777" w:rsidR="00822E9B" w:rsidRPr="00822E9B" w:rsidRDefault="00822E9B" w:rsidP="00822E9B">
      <w:pPr>
        <w:numPr>
          <w:ilvl w:val="0"/>
          <w:numId w:val="12"/>
        </w:numPr>
        <w:spacing w:before="120" w:after="120"/>
        <w:contextualSpacing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Do not approach, handle, or feed any horse without permission </w:t>
      </w:r>
    </w:p>
    <w:p w14:paraId="1CE8791C" w14:textId="77777777" w:rsidR="00822E9B" w:rsidRPr="00822E9B" w:rsidRDefault="00822E9B" w:rsidP="00822E9B">
      <w:pPr>
        <w:numPr>
          <w:ilvl w:val="0"/>
          <w:numId w:val="12"/>
        </w:numPr>
        <w:spacing w:before="120" w:after="120"/>
        <w:contextualSpacing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Only authorised staff may feed or turn out horses </w:t>
      </w:r>
    </w:p>
    <w:p w14:paraId="1D7AE238" w14:textId="77777777" w:rsidR="00822E9B" w:rsidRPr="00822E9B" w:rsidRDefault="00822E9B" w:rsidP="00822E9B">
      <w:pPr>
        <w:numPr>
          <w:ilvl w:val="0"/>
          <w:numId w:val="12"/>
        </w:numPr>
        <w:spacing w:before="120" w:after="120"/>
        <w:contextualSpacing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Horses must not be tied to gates, fencing, or unsafe structures </w:t>
      </w:r>
    </w:p>
    <w:p w14:paraId="0E4536EB" w14:textId="77777777" w:rsidR="00822E9B" w:rsidRPr="00822E9B" w:rsidRDefault="00822E9B" w:rsidP="00822E9B">
      <w:pPr>
        <w:numPr>
          <w:ilvl w:val="0"/>
          <w:numId w:val="12"/>
        </w:numPr>
        <w:spacing w:before="120" w:after="120"/>
        <w:contextualSpacing/>
        <w:rPr>
          <w:rFonts w:ascii="Aptos" w:eastAsia="Times New Roman" w:hAnsi="Aptos" w:cs="Times New Roman"/>
          <w:sz w:val="24"/>
          <w:szCs w:val="24"/>
          <w:lang w:val="en-GB" w:eastAsia="en-GB"/>
        </w:rPr>
      </w:pPr>
      <w:proofErr w:type="spellStart"/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>Haynets</w:t>
      </w:r>
      <w:proofErr w:type="spellEnd"/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 may only be used in approved areas </w:t>
      </w:r>
    </w:p>
    <w:p w14:paraId="10588E2C" w14:textId="77777777" w:rsidR="00822E9B" w:rsidRPr="00822E9B" w:rsidRDefault="00822E9B" w:rsidP="00822E9B">
      <w:pPr>
        <w:numPr>
          <w:ilvl w:val="0"/>
          <w:numId w:val="12"/>
        </w:numPr>
        <w:spacing w:before="120" w:after="120"/>
        <w:contextualSpacing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Feed and bedding must be stored safely and securely </w:t>
      </w:r>
    </w:p>
    <w:p w14:paraId="3052D553" w14:textId="77777777" w:rsidR="00822E9B" w:rsidRPr="00822E9B" w:rsidRDefault="00822E9B" w:rsidP="00822E9B">
      <w:pPr>
        <w:numPr>
          <w:ilvl w:val="0"/>
          <w:numId w:val="12"/>
        </w:numPr>
        <w:spacing w:before="120" w:after="120"/>
        <w:contextualSpacing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Report any injury, illness, or welfare concern immediately </w:t>
      </w:r>
    </w:p>
    <w:p w14:paraId="74CE927D" w14:textId="77777777" w:rsidR="00822E9B" w:rsidRPr="00822E9B" w:rsidRDefault="00822E9B" w:rsidP="00822E9B">
      <w:pPr>
        <w:numPr>
          <w:ilvl w:val="0"/>
          <w:numId w:val="12"/>
        </w:numPr>
        <w:spacing w:before="120" w:after="120"/>
        <w:contextualSpacing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Follow all biosecurity, worming, and vaccination requirements </w:t>
      </w:r>
    </w:p>
    <w:p w14:paraId="4DE71222" w14:textId="6C7AABF6" w:rsidR="00822E9B" w:rsidRPr="00822E9B" w:rsidRDefault="00822E9B" w:rsidP="00822E9B">
      <w:pPr>
        <w:numPr>
          <w:ilvl w:val="0"/>
          <w:numId w:val="12"/>
        </w:numPr>
        <w:spacing w:before="120" w:after="120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New horses may be subject to isolation procedures </w:t>
      </w:r>
    </w:p>
    <w:p w14:paraId="34AF7021" w14:textId="77777777" w:rsidR="00822E9B" w:rsidRPr="00822E9B" w:rsidRDefault="00822E9B" w:rsidP="00822E9B">
      <w:pPr>
        <w:spacing w:before="120" w:after="120"/>
        <w:outlineLvl w:val="1"/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  <w:t>4. Use of Facilities</w:t>
      </w:r>
    </w:p>
    <w:p w14:paraId="496D6A4B" w14:textId="77777777" w:rsidR="00822E9B" w:rsidRPr="00822E9B" w:rsidRDefault="00822E9B" w:rsidP="00822E9B">
      <w:pPr>
        <w:numPr>
          <w:ilvl w:val="0"/>
          <w:numId w:val="13"/>
        </w:numPr>
        <w:spacing w:before="120" w:after="120"/>
        <w:contextualSpacing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Do not enter arenas while a lesson is in progress without permission </w:t>
      </w:r>
    </w:p>
    <w:p w14:paraId="5503D66E" w14:textId="0BF8B7EB" w:rsidR="00822E9B" w:rsidRPr="00822E9B" w:rsidRDefault="00822E9B" w:rsidP="00822E9B">
      <w:pPr>
        <w:numPr>
          <w:ilvl w:val="0"/>
          <w:numId w:val="13"/>
        </w:numPr>
        <w:spacing w:before="120" w:after="120"/>
        <w:contextualSpacing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>When sharing arenas</w:t>
      </w:r>
      <w:r>
        <w:rPr>
          <w:rFonts w:ascii="Aptos" w:eastAsia="Times New Roman" w:hAnsi="Aptos" w:cs="Times New Roman"/>
          <w:sz w:val="24"/>
          <w:szCs w:val="24"/>
          <w:lang w:val="en-GB" w:eastAsia="en-GB"/>
        </w:rPr>
        <w:t>, p</w:t>
      </w: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>ass left to left</w:t>
      </w:r>
      <w:r>
        <w:rPr>
          <w:rFonts w:ascii="Aptos" w:eastAsia="Times New Roman" w:hAnsi="Aptos" w:cs="Times New Roman"/>
          <w:sz w:val="24"/>
          <w:szCs w:val="24"/>
          <w:lang w:val="en-GB" w:eastAsia="en-GB"/>
        </w:rPr>
        <w:t>, w</w:t>
      </w: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>alk on the inside track</w:t>
      </w:r>
      <w:r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, </w:t>
      </w:r>
      <w:proofErr w:type="gramStart"/>
      <w:r>
        <w:rPr>
          <w:rFonts w:ascii="Aptos" w:eastAsia="Times New Roman" w:hAnsi="Aptos" w:cs="Times New Roman"/>
          <w:sz w:val="24"/>
          <w:szCs w:val="24"/>
          <w:lang w:val="en-GB" w:eastAsia="en-GB"/>
        </w:rPr>
        <w:t>b</w:t>
      </w: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>e aware of others at all times</w:t>
      </w:r>
      <w:proofErr w:type="gramEnd"/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 </w:t>
      </w:r>
    </w:p>
    <w:p w14:paraId="0F46202B" w14:textId="77777777" w:rsidR="00822E9B" w:rsidRPr="00822E9B" w:rsidRDefault="00822E9B" w:rsidP="00822E9B">
      <w:pPr>
        <w:numPr>
          <w:ilvl w:val="0"/>
          <w:numId w:val="13"/>
        </w:numPr>
        <w:spacing w:before="120" w:after="120"/>
        <w:contextualSpacing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Always wear a hat when riding, lunging, or long reining </w:t>
      </w:r>
    </w:p>
    <w:p w14:paraId="104CBBCF" w14:textId="77777777" w:rsidR="00822E9B" w:rsidRPr="00822E9B" w:rsidRDefault="00822E9B" w:rsidP="00822E9B">
      <w:pPr>
        <w:numPr>
          <w:ilvl w:val="0"/>
          <w:numId w:val="13"/>
        </w:numPr>
        <w:spacing w:before="120" w:after="120"/>
        <w:contextualSpacing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Lunging, long reining, and loose schooling only with permission </w:t>
      </w:r>
    </w:p>
    <w:p w14:paraId="6ACDB1CA" w14:textId="77777777" w:rsidR="00822E9B" w:rsidRPr="00822E9B" w:rsidRDefault="00822E9B" w:rsidP="00822E9B">
      <w:pPr>
        <w:numPr>
          <w:ilvl w:val="0"/>
          <w:numId w:val="13"/>
        </w:numPr>
        <w:spacing w:before="120" w:after="120"/>
        <w:contextualSpacing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Jumps must be used safely and returned after use </w:t>
      </w:r>
    </w:p>
    <w:p w14:paraId="702A780F" w14:textId="77777777" w:rsidR="00822E9B" w:rsidRPr="00822E9B" w:rsidRDefault="00822E9B" w:rsidP="00822E9B">
      <w:pPr>
        <w:numPr>
          <w:ilvl w:val="0"/>
          <w:numId w:val="13"/>
        </w:numPr>
        <w:spacing w:before="120" w:after="120"/>
        <w:contextualSpacing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Arenas must be cleared (e.g. droppings removed) after use </w:t>
      </w:r>
    </w:p>
    <w:p w14:paraId="2408D54D" w14:textId="3DC67123" w:rsidR="00822E9B" w:rsidRDefault="00822E9B" w:rsidP="00822E9B">
      <w:pPr>
        <w:numPr>
          <w:ilvl w:val="0"/>
          <w:numId w:val="13"/>
        </w:numPr>
        <w:spacing w:before="120" w:after="120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Booking procedures must be followed where applicable </w:t>
      </w:r>
    </w:p>
    <w:p w14:paraId="7894A17A" w14:textId="77777777" w:rsidR="00822E9B" w:rsidRPr="00822E9B" w:rsidRDefault="00822E9B" w:rsidP="00822E9B">
      <w:pPr>
        <w:spacing w:before="120" w:after="120"/>
        <w:ind w:left="360"/>
        <w:jc w:val="right"/>
        <w:rPr>
          <w:rFonts w:ascii="Aptos" w:eastAsia="Times New Roman" w:hAnsi="Aptos" w:cs="Times New Roman"/>
          <w:sz w:val="24"/>
          <w:szCs w:val="24"/>
          <w:lang w:val="en-GB" w:eastAsia="en-GB"/>
        </w:rPr>
      </w:pPr>
    </w:p>
    <w:p w14:paraId="01EBAA84" w14:textId="77777777" w:rsidR="00822E9B" w:rsidRPr="00822E9B" w:rsidRDefault="00822E9B" w:rsidP="00822E9B">
      <w:pPr>
        <w:spacing w:before="120" w:after="120"/>
        <w:outlineLvl w:val="1"/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  <w:lastRenderedPageBreak/>
        <w:t>5. Fields and Turnout</w:t>
      </w:r>
    </w:p>
    <w:p w14:paraId="48F93EA1" w14:textId="77777777" w:rsidR="00822E9B" w:rsidRPr="00822E9B" w:rsidRDefault="00822E9B" w:rsidP="00822E9B">
      <w:pPr>
        <w:numPr>
          <w:ilvl w:val="0"/>
          <w:numId w:val="14"/>
        </w:numPr>
        <w:spacing w:before="120" w:after="120"/>
        <w:contextualSpacing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Gates must be closed and </w:t>
      </w:r>
      <w:proofErr w:type="gramStart"/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>secured at all times</w:t>
      </w:r>
      <w:proofErr w:type="gramEnd"/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 </w:t>
      </w:r>
    </w:p>
    <w:p w14:paraId="1CE47492" w14:textId="77777777" w:rsidR="00822E9B" w:rsidRPr="00822E9B" w:rsidRDefault="00822E9B" w:rsidP="00822E9B">
      <w:pPr>
        <w:numPr>
          <w:ilvl w:val="0"/>
          <w:numId w:val="14"/>
        </w:numPr>
        <w:spacing w:before="120" w:after="120"/>
        <w:contextualSpacing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Horses must not be left alone in fields unless authorised </w:t>
      </w:r>
    </w:p>
    <w:p w14:paraId="0358B380" w14:textId="77777777" w:rsidR="00822E9B" w:rsidRPr="00822E9B" w:rsidRDefault="00822E9B" w:rsidP="00822E9B">
      <w:pPr>
        <w:numPr>
          <w:ilvl w:val="0"/>
          <w:numId w:val="14"/>
        </w:numPr>
        <w:spacing w:before="120" w:after="120"/>
        <w:contextualSpacing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Turnout schedules must be followed </w:t>
      </w:r>
    </w:p>
    <w:p w14:paraId="7CEADA49" w14:textId="77777777" w:rsidR="00822E9B" w:rsidRPr="00822E9B" w:rsidRDefault="00822E9B" w:rsidP="00822E9B">
      <w:pPr>
        <w:numPr>
          <w:ilvl w:val="0"/>
          <w:numId w:val="14"/>
        </w:numPr>
        <w:spacing w:before="120" w:after="120"/>
        <w:contextualSpacing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Horses must not be fed in the field unless instructed </w:t>
      </w:r>
    </w:p>
    <w:p w14:paraId="58C529D7" w14:textId="77777777" w:rsidR="00822E9B" w:rsidRPr="00822E9B" w:rsidRDefault="00822E9B" w:rsidP="00822E9B">
      <w:pPr>
        <w:numPr>
          <w:ilvl w:val="0"/>
          <w:numId w:val="14"/>
        </w:numPr>
        <w:spacing w:before="120" w:after="120"/>
        <w:contextualSpacing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Droppings must be cleared in accordance with yard procedures </w:t>
      </w:r>
    </w:p>
    <w:p w14:paraId="046D707C" w14:textId="7683A27E" w:rsidR="00822E9B" w:rsidRPr="00822E9B" w:rsidRDefault="00822E9B" w:rsidP="00822E9B">
      <w:pPr>
        <w:numPr>
          <w:ilvl w:val="0"/>
          <w:numId w:val="14"/>
        </w:numPr>
        <w:spacing w:before="120" w:after="120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Report any damage to fencing, water supplies, or fields immediately </w:t>
      </w:r>
    </w:p>
    <w:p w14:paraId="75810841" w14:textId="77777777" w:rsidR="00822E9B" w:rsidRPr="00822E9B" w:rsidRDefault="00822E9B" w:rsidP="00822E9B">
      <w:pPr>
        <w:spacing w:before="120" w:after="120"/>
        <w:outlineLvl w:val="1"/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  <w:t>6. Visitors and Supervision</w:t>
      </w:r>
    </w:p>
    <w:p w14:paraId="7226A331" w14:textId="77777777" w:rsidR="00822E9B" w:rsidRPr="00822E9B" w:rsidRDefault="00822E9B" w:rsidP="00822E9B">
      <w:pPr>
        <w:numPr>
          <w:ilvl w:val="0"/>
          <w:numId w:val="15"/>
        </w:numPr>
        <w:spacing w:before="120" w:after="120"/>
        <w:contextualSpacing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Visitors are permitted by prior arrangement only </w:t>
      </w:r>
    </w:p>
    <w:p w14:paraId="4F4F7920" w14:textId="77777777" w:rsidR="00822E9B" w:rsidRPr="00822E9B" w:rsidRDefault="00822E9B" w:rsidP="00822E9B">
      <w:pPr>
        <w:numPr>
          <w:ilvl w:val="0"/>
          <w:numId w:val="15"/>
        </w:numPr>
        <w:spacing w:before="120" w:after="120"/>
        <w:contextualSpacing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Children must be </w:t>
      </w:r>
      <w:proofErr w:type="gramStart"/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>supervised at all times</w:t>
      </w:r>
      <w:proofErr w:type="gramEnd"/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 unless in a structured activity </w:t>
      </w:r>
    </w:p>
    <w:p w14:paraId="36E690E0" w14:textId="77777777" w:rsidR="00822E9B" w:rsidRPr="00822E9B" w:rsidRDefault="00822E9B" w:rsidP="00822E9B">
      <w:pPr>
        <w:numPr>
          <w:ilvl w:val="0"/>
          <w:numId w:val="15"/>
        </w:numPr>
        <w:spacing w:before="120" w:after="120"/>
        <w:contextualSpacing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Freelance coaches or grooms must have prior permission </w:t>
      </w:r>
    </w:p>
    <w:p w14:paraId="4650A975" w14:textId="77777777" w:rsidR="00822E9B" w:rsidRPr="00822E9B" w:rsidRDefault="00822E9B" w:rsidP="00822E9B">
      <w:pPr>
        <w:numPr>
          <w:ilvl w:val="0"/>
          <w:numId w:val="15"/>
        </w:numPr>
        <w:spacing w:before="120" w:after="120"/>
        <w:contextualSpacing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Do not interfere with lessons or yard operations </w:t>
      </w:r>
    </w:p>
    <w:p w14:paraId="4F481DF8" w14:textId="59E3A27D" w:rsidR="00822E9B" w:rsidRPr="00822E9B" w:rsidRDefault="00822E9B" w:rsidP="00822E9B">
      <w:pPr>
        <w:numPr>
          <w:ilvl w:val="0"/>
          <w:numId w:val="15"/>
        </w:numPr>
        <w:spacing w:before="120" w:after="120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Photography or video is not permitted without permission </w:t>
      </w:r>
    </w:p>
    <w:p w14:paraId="1CB29B9F" w14:textId="77777777" w:rsidR="00822E9B" w:rsidRPr="00822E9B" w:rsidRDefault="00822E9B" w:rsidP="00822E9B">
      <w:pPr>
        <w:spacing w:before="120" w:after="120"/>
        <w:outlineLvl w:val="1"/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  <w:t>7. Vehicles and Parking</w:t>
      </w:r>
    </w:p>
    <w:p w14:paraId="0B08E527" w14:textId="77777777" w:rsidR="00822E9B" w:rsidRPr="00822E9B" w:rsidRDefault="00822E9B" w:rsidP="00822E9B">
      <w:pPr>
        <w:numPr>
          <w:ilvl w:val="0"/>
          <w:numId w:val="16"/>
        </w:numPr>
        <w:spacing w:before="120" w:after="120"/>
        <w:contextualSpacing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Park only in designated areas </w:t>
      </w:r>
    </w:p>
    <w:p w14:paraId="6F4BBA18" w14:textId="77777777" w:rsidR="00822E9B" w:rsidRPr="00822E9B" w:rsidRDefault="00822E9B" w:rsidP="00822E9B">
      <w:pPr>
        <w:numPr>
          <w:ilvl w:val="0"/>
          <w:numId w:val="16"/>
        </w:numPr>
        <w:spacing w:before="120" w:after="120"/>
        <w:contextualSpacing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Do not block gates, access routes, or working areas </w:t>
      </w:r>
    </w:p>
    <w:p w14:paraId="472F1C03" w14:textId="77777777" w:rsidR="00822E9B" w:rsidRPr="00822E9B" w:rsidRDefault="00822E9B" w:rsidP="00822E9B">
      <w:pPr>
        <w:numPr>
          <w:ilvl w:val="0"/>
          <w:numId w:val="16"/>
        </w:numPr>
        <w:spacing w:before="120" w:after="120"/>
        <w:contextualSpacing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Drive at a maximum speed of </w:t>
      </w:r>
      <w:r w:rsidRPr="00822E9B"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  <w:t>5 mph</w:t>
      </w: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 on the yard </w:t>
      </w:r>
    </w:p>
    <w:p w14:paraId="75526B24" w14:textId="77777777" w:rsidR="00822E9B" w:rsidRPr="00822E9B" w:rsidRDefault="00822E9B" w:rsidP="00822E9B">
      <w:pPr>
        <w:numPr>
          <w:ilvl w:val="0"/>
          <w:numId w:val="16"/>
        </w:numPr>
        <w:spacing w:before="120" w:after="120"/>
        <w:contextualSpacing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Do not leave animals unattended in vehicles </w:t>
      </w:r>
    </w:p>
    <w:p w14:paraId="73D31A02" w14:textId="2E3554A7" w:rsidR="00822E9B" w:rsidRPr="00822E9B" w:rsidRDefault="00822E9B" w:rsidP="00822E9B">
      <w:pPr>
        <w:numPr>
          <w:ilvl w:val="0"/>
          <w:numId w:val="16"/>
        </w:numPr>
        <w:spacing w:before="120" w:after="120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Report unfamiliar or suspicious vehicles to staff </w:t>
      </w:r>
    </w:p>
    <w:p w14:paraId="0499A2C3" w14:textId="77777777" w:rsidR="00822E9B" w:rsidRPr="00822E9B" w:rsidRDefault="00822E9B" w:rsidP="00822E9B">
      <w:pPr>
        <w:spacing w:before="120" w:after="120"/>
        <w:outlineLvl w:val="1"/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  <w:t>8. Equipment and Security</w:t>
      </w:r>
    </w:p>
    <w:p w14:paraId="1505B2D6" w14:textId="77777777" w:rsidR="00822E9B" w:rsidRPr="00822E9B" w:rsidRDefault="00822E9B" w:rsidP="00822E9B">
      <w:pPr>
        <w:numPr>
          <w:ilvl w:val="0"/>
          <w:numId w:val="17"/>
        </w:numPr>
        <w:spacing w:before="120" w:after="120"/>
        <w:contextualSpacing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Tack rooms, feed rooms, and gates must be secured after use </w:t>
      </w:r>
    </w:p>
    <w:p w14:paraId="16AA84BA" w14:textId="77777777" w:rsidR="00822E9B" w:rsidRPr="00822E9B" w:rsidRDefault="00822E9B" w:rsidP="00822E9B">
      <w:pPr>
        <w:numPr>
          <w:ilvl w:val="0"/>
          <w:numId w:val="17"/>
        </w:numPr>
        <w:spacing w:before="120" w:after="120"/>
        <w:contextualSpacing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Do not leave equipment or valuables unattended </w:t>
      </w:r>
    </w:p>
    <w:p w14:paraId="26B283E7" w14:textId="77777777" w:rsidR="00822E9B" w:rsidRPr="00822E9B" w:rsidRDefault="00822E9B" w:rsidP="00822E9B">
      <w:pPr>
        <w:numPr>
          <w:ilvl w:val="0"/>
          <w:numId w:val="17"/>
        </w:numPr>
        <w:spacing w:before="120" w:after="120"/>
        <w:contextualSpacing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All damage, breakages, or hazards must be reported </w:t>
      </w:r>
    </w:p>
    <w:p w14:paraId="6C1B11E3" w14:textId="042ED268" w:rsidR="00822E9B" w:rsidRPr="00822E9B" w:rsidRDefault="00822E9B" w:rsidP="00822E9B">
      <w:pPr>
        <w:numPr>
          <w:ilvl w:val="0"/>
          <w:numId w:val="17"/>
        </w:numPr>
        <w:spacing w:before="120" w:after="120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Yard records (where applicable) must be kept up to date </w:t>
      </w:r>
    </w:p>
    <w:p w14:paraId="658A1651" w14:textId="77777777" w:rsidR="00822E9B" w:rsidRPr="00822E9B" w:rsidRDefault="00822E9B" w:rsidP="00822E9B">
      <w:pPr>
        <w:spacing w:before="120" w:after="120"/>
        <w:outlineLvl w:val="1"/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  <w:t>9. Emergency Procedures</w:t>
      </w:r>
    </w:p>
    <w:p w14:paraId="7D870E25" w14:textId="77777777" w:rsidR="00822E9B" w:rsidRPr="00822E9B" w:rsidRDefault="00822E9B" w:rsidP="00822E9B">
      <w:pPr>
        <w:numPr>
          <w:ilvl w:val="0"/>
          <w:numId w:val="18"/>
        </w:numPr>
        <w:spacing w:before="120" w:after="120"/>
        <w:contextualSpacing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A trained First Aider is present during riding school activities </w:t>
      </w:r>
    </w:p>
    <w:p w14:paraId="413690C9" w14:textId="77777777" w:rsidR="00822E9B" w:rsidRPr="00822E9B" w:rsidRDefault="00822E9B" w:rsidP="00822E9B">
      <w:pPr>
        <w:numPr>
          <w:ilvl w:val="0"/>
          <w:numId w:val="18"/>
        </w:numPr>
        <w:spacing w:before="120" w:after="120"/>
        <w:contextualSpacing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First aid kits and emergency contact information are located on site </w:t>
      </w:r>
    </w:p>
    <w:p w14:paraId="655D45DC" w14:textId="77777777" w:rsidR="00822E9B" w:rsidRPr="00822E9B" w:rsidRDefault="00822E9B" w:rsidP="00822E9B">
      <w:pPr>
        <w:numPr>
          <w:ilvl w:val="0"/>
          <w:numId w:val="18"/>
        </w:numPr>
        <w:spacing w:before="120" w:after="120"/>
        <w:contextualSpacing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In an emergency, follow staff instructions immediately </w:t>
      </w:r>
    </w:p>
    <w:p w14:paraId="464DF6C4" w14:textId="77777777" w:rsidR="00822E9B" w:rsidRPr="00822E9B" w:rsidRDefault="00822E9B" w:rsidP="00822E9B">
      <w:pPr>
        <w:numPr>
          <w:ilvl w:val="0"/>
          <w:numId w:val="18"/>
        </w:numPr>
        <w:spacing w:before="120" w:after="120"/>
        <w:contextualSpacing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Emergency access routes must be kept clear </w:t>
      </w:r>
    </w:p>
    <w:p w14:paraId="3800A1FC" w14:textId="77777777" w:rsidR="00822E9B" w:rsidRPr="00822E9B" w:rsidRDefault="00822E9B" w:rsidP="00822E9B">
      <w:pPr>
        <w:numPr>
          <w:ilvl w:val="0"/>
          <w:numId w:val="18"/>
        </w:numPr>
        <w:spacing w:before="120" w:after="120"/>
        <w:contextualSpacing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If a horse escapes, notify staff immediately and follow instructions </w:t>
      </w:r>
    </w:p>
    <w:p w14:paraId="0A2BA78D" w14:textId="0B9AFD0C" w:rsidR="00822E9B" w:rsidRPr="00822E9B" w:rsidRDefault="00822E9B" w:rsidP="00822E9B">
      <w:pPr>
        <w:numPr>
          <w:ilvl w:val="0"/>
          <w:numId w:val="18"/>
        </w:numPr>
        <w:spacing w:before="120" w:after="120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Assembly points and procedures must be followed where applicable </w:t>
      </w:r>
    </w:p>
    <w:p w14:paraId="47C7846B" w14:textId="77777777" w:rsidR="00822E9B" w:rsidRPr="00822E9B" w:rsidRDefault="00822E9B" w:rsidP="00822E9B">
      <w:pPr>
        <w:spacing w:before="120" w:after="120"/>
        <w:outlineLvl w:val="1"/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b/>
          <w:bCs/>
          <w:sz w:val="24"/>
          <w:szCs w:val="24"/>
          <w:lang w:val="en-GB" w:eastAsia="en-GB"/>
        </w:rPr>
        <w:t>10. Compliance</w:t>
      </w:r>
    </w:p>
    <w:p w14:paraId="4C2FDF8D" w14:textId="77777777" w:rsidR="00822E9B" w:rsidRPr="00822E9B" w:rsidRDefault="00822E9B" w:rsidP="00822E9B">
      <w:pPr>
        <w:spacing w:before="120" w:after="120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>Failure to follow these rules may result in:</w:t>
      </w:r>
    </w:p>
    <w:p w14:paraId="63A00687" w14:textId="77777777" w:rsidR="00822E9B" w:rsidRPr="00822E9B" w:rsidRDefault="00822E9B" w:rsidP="00822E9B">
      <w:pPr>
        <w:numPr>
          <w:ilvl w:val="0"/>
          <w:numId w:val="19"/>
        </w:numPr>
        <w:spacing w:before="120" w:after="120"/>
        <w:contextualSpacing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Removal from activities </w:t>
      </w:r>
    </w:p>
    <w:p w14:paraId="0D274EE0" w14:textId="77777777" w:rsidR="00822E9B" w:rsidRPr="00822E9B" w:rsidRDefault="00822E9B" w:rsidP="00822E9B">
      <w:pPr>
        <w:numPr>
          <w:ilvl w:val="0"/>
          <w:numId w:val="19"/>
        </w:numPr>
        <w:spacing w:before="120" w:after="120"/>
        <w:contextualSpacing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 xml:space="preserve">Loss of riding or yard privileges </w:t>
      </w:r>
    </w:p>
    <w:p w14:paraId="7FC315DD" w14:textId="14FE6F0B" w:rsidR="00AC0C54" w:rsidRPr="00822E9B" w:rsidRDefault="00822E9B" w:rsidP="00822E9B">
      <w:pPr>
        <w:numPr>
          <w:ilvl w:val="0"/>
          <w:numId w:val="19"/>
        </w:numPr>
        <w:spacing w:before="120" w:after="120"/>
        <w:rPr>
          <w:rFonts w:ascii="Aptos" w:eastAsia="Times New Roman" w:hAnsi="Aptos" w:cs="Times New Roman"/>
          <w:sz w:val="24"/>
          <w:szCs w:val="24"/>
          <w:lang w:val="en-GB" w:eastAsia="en-GB"/>
        </w:rPr>
      </w:pPr>
      <w:r w:rsidRPr="00822E9B">
        <w:rPr>
          <w:rFonts w:ascii="Aptos" w:eastAsia="Times New Roman" w:hAnsi="Aptos" w:cs="Times New Roman"/>
          <w:sz w:val="24"/>
          <w:szCs w:val="24"/>
          <w:lang w:val="en-GB" w:eastAsia="en-GB"/>
        </w:rPr>
        <w:t>Further action in line with riding school policies</w:t>
      </w:r>
    </w:p>
    <w:sectPr w:rsidR="00AC0C54" w:rsidRPr="00822E9B" w:rsidSect="001B20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10" w:right="1080" w:bottom="990" w:left="1080" w:header="720" w:footer="43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F9798" w14:textId="77777777" w:rsidR="00142042" w:rsidRDefault="00142042" w:rsidP="001B2051">
      <w:pPr>
        <w:spacing w:after="0" w:line="240" w:lineRule="auto"/>
      </w:pPr>
      <w:r>
        <w:separator/>
      </w:r>
    </w:p>
  </w:endnote>
  <w:endnote w:type="continuationSeparator" w:id="0">
    <w:p w14:paraId="6E52094B" w14:textId="77777777" w:rsidR="00142042" w:rsidRDefault="00142042" w:rsidP="001B2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03EF1" w14:textId="77777777" w:rsidR="00822E9B" w:rsidRDefault="00822E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9444009"/>
      <w:docPartObj>
        <w:docPartGallery w:val="Page Numbers (Bottom of Page)"/>
        <w:docPartUnique/>
      </w:docPartObj>
    </w:sdtPr>
    <w:sdtEndPr>
      <w:rPr>
        <w:rFonts w:ascii="Aptos" w:hAnsi="Aptos"/>
      </w:rPr>
    </w:sdtEndPr>
    <w:sdtContent>
      <w:p w14:paraId="00010C2E" w14:textId="2C284B09" w:rsidR="001B2051" w:rsidRPr="001B2051" w:rsidRDefault="001B2051" w:rsidP="00822E9B">
        <w:pPr>
          <w:pStyle w:val="Footer"/>
          <w:spacing w:before="120"/>
          <w:jc w:val="center"/>
          <w:rPr>
            <w:rFonts w:ascii="Aptos" w:hAnsi="Aptos"/>
          </w:rPr>
        </w:pPr>
        <w:r w:rsidRPr="001B2051">
          <w:rPr>
            <w:rFonts w:ascii="Aptos" w:hAnsi="Aptos"/>
            <w:noProof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0D3673F" wp14:editId="728838EE">
                  <wp:simplePos x="0" y="0"/>
                  <wp:positionH relativeFrom="column">
                    <wp:posOffset>5572125</wp:posOffset>
                  </wp:positionH>
                  <wp:positionV relativeFrom="paragraph">
                    <wp:posOffset>8890</wp:posOffset>
                  </wp:positionV>
                  <wp:extent cx="790575" cy="276225"/>
                  <wp:effectExtent l="0" t="0" r="9525" b="9525"/>
                  <wp:wrapNone/>
                  <wp:docPr id="1667478048" name="Text Box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790575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F282A94" w14:textId="3D3248B4" w:rsidR="001B2051" w:rsidRPr="001B2051" w:rsidRDefault="00822E9B">
                              <w:pPr>
                                <w:rPr>
                                  <w:rFonts w:ascii="Aptos" w:hAnsi="Aptos"/>
                                </w:rPr>
                              </w:pPr>
                              <w:r>
                                <w:rPr>
                                  <w:rFonts w:ascii="Aptos" w:hAnsi="Aptos"/>
                                </w:rPr>
                                <w:t>May 26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20D3673F"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left:0;text-align:left;margin-left:438.75pt;margin-top:.7pt;width:62.2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" fillcolor="white [3201]" stroked="f" strokeweight=".5pt">
                  <v:textbox>
                    <w:txbxContent>
                      <w:p w14:paraId="1F282A94" w14:textId="3D3248B4" w:rsidR="001B2051" w:rsidRPr="001B2051" w:rsidRDefault="00822E9B">
                        <w:pPr>
                          <w:rPr>
                            <w:rFonts w:ascii="Aptos" w:hAnsi="Aptos"/>
                          </w:rPr>
                        </w:pPr>
                        <w:r>
                          <w:rPr>
                            <w:rFonts w:ascii="Aptos" w:hAnsi="Aptos"/>
                          </w:rPr>
                          <w:t>May 26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1B2051">
          <w:rPr>
            <w:rFonts w:ascii="Aptos" w:hAnsi="Aptos"/>
            <w:sz w:val="24"/>
            <w:szCs w:val="24"/>
          </w:rPr>
          <w:fldChar w:fldCharType="begin"/>
        </w:r>
        <w:r w:rsidRPr="001B2051">
          <w:rPr>
            <w:rFonts w:ascii="Aptos" w:hAnsi="Aptos"/>
            <w:sz w:val="24"/>
            <w:szCs w:val="24"/>
          </w:rPr>
          <w:instrText>PAGE   \* MERGEFORMAT</w:instrText>
        </w:r>
        <w:r w:rsidRPr="001B2051">
          <w:rPr>
            <w:rFonts w:ascii="Aptos" w:hAnsi="Aptos"/>
            <w:sz w:val="24"/>
            <w:szCs w:val="24"/>
          </w:rPr>
          <w:fldChar w:fldCharType="separate"/>
        </w:r>
        <w:r w:rsidRPr="001B2051">
          <w:rPr>
            <w:rFonts w:ascii="Aptos" w:hAnsi="Aptos"/>
            <w:sz w:val="24"/>
            <w:szCs w:val="24"/>
            <w:lang w:val="en-GB"/>
          </w:rPr>
          <w:t>2</w:t>
        </w:r>
        <w:r w:rsidRPr="001B2051">
          <w:rPr>
            <w:rFonts w:ascii="Aptos" w:hAnsi="Aptos"/>
            <w:sz w:val="24"/>
            <w:szCs w:val="24"/>
          </w:rPr>
          <w:fldChar w:fldCharType="end"/>
        </w:r>
      </w:p>
    </w:sdtContent>
  </w:sdt>
  <w:p w14:paraId="5DB23F3F" w14:textId="77777777" w:rsidR="001B2051" w:rsidRDefault="001B20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64960" w14:textId="77777777" w:rsidR="00822E9B" w:rsidRDefault="00822E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F88FF" w14:textId="77777777" w:rsidR="00142042" w:rsidRDefault="00142042" w:rsidP="001B2051">
      <w:pPr>
        <w:spacing w:after="0" w:line="240" w:lineRule="auto"/>
      </w:pPr>
      <w:r>
        <w:separator/>
      </w:r>
    </w:p>
  </w:footnote>
  <w:footnote w:type="continuationSeparator" w:id="0">
    <w:p w14:paraId="7EAFFCA6" w14:textId="77777777" w:rsidR="00142042" w:rsidRDefault="00142042" w:rsidP="001B2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758D0" w14:textId="77777777" w:rsidR="00822E9B" w:rsidRDefault="00822E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0C36F" w14:textId="77777777" w:rsidR="00822E9B" w:rsidRDefault="00822E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96196" w14:textId="77777777" w:rsidR="00822E9B" w:rsidRDefault="00822E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09E750F"/>
    <w:multiLevelType w:val="multilevel"/>
    <w:tmpl w:val="1C0098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3153CB"/>
    <w:multiLevelType w:val="multilevel"/>
    <w:tmpl w:val="A4EED2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8C4537"/>
    <w:multiLevelType w:val="multilevel"/>
    <w:tmpl w:val="37A2B8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C414F7"/>
    <w:multiLevelType w:val="multilevel"/>
    <w:tmpl w:val="E98418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1231EB"/>
    <w:multiLevelType w:val="multilevel"/>
    <w:tmpl w:val="A6D6D2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831102"/>
    <w:multiLevelType w:val="multilevel"/>
    <w:tmpl w:val="670CA9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514B0E"/>
    <w:multiLevelType w:val="multilevel"/>
    <w:tmpl w:val="442A7D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F02E05"/>
    <w:multiLevelType w:val="multilevel"/>
    <w:tmpl w:val="469C38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BB5CE1"/>
    <w:multiLevelType w:val="multilevel"/>
    <w:tmpl w:val="E9C845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A65DB5"/>
    <w:multiLevelType w:val="multilevel"/>
    <w:tmpl w:val="846EE8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935476272">
    <w:abstractNumId w:val="8"/>
  </w:num>
  <w:num w:numId="2" w16cid:durableId="192885098">
    <w:abstractNumId w:val="6"/>
  </w:num>
  <w:num w:numId="3" w16cid:durableId="24868548">
    <w:abstractNumId w:val="5"/>
  </w:num>
  <w:num w:numId="4" w16cid:durableId="126245781">
    <w:abstractNumId w:val="4"/>
  </w:num>
  <w:num w:numId="5" w16cid:durableId="218713551">
    <w:abstractNumId w:val="7"/>
  </w:num>
  <w:num w:numId="6" w16cid:durableId="530994792">
    <w:abstractNumId w:val="3"/>
  </w:num>
  <w:num w:numId="7" w16cid:durableId="748575801">
    <w:abstractNumId w:val="2"/>
  </w:num>
  <w:num w:numId="8" w16cid:durableId="1159223877">
    <w:abstractNumId w:val="1"/>
  </w:num>
  <w:num w:numId="9" w16cid:durableId="1488083589">
    <w:abstractNumId w:val="0"/>
  </w:num>
  <w:num w:numId="10" w16cid:durableId="1683628488">
    <w:abstractNumId w:val="12"/>
  </w:num>
  <w:num w:numId="11" w16cid:durableId="1178499849">
    <w:abstractNumId w:val="9"/>
  </w:num>
  <w:num w:numId="12" w16cid:durableId="2099594308">
    <w:abstractNumId w:val="14"/>
  </w:num>
  <w:num w:numId="13" w16cid:durableId="1021542154">
    <w:abstractNumId w:val="11"/>
  </w:num>
  <w:num w:numId="14" w16cid:durableId="1778864379">
    <w:abstractNumId w:val="15"/>
  </w:num>
  <w:num w:numId="15" w16cid:durableId="1880044635">
    <w:abstractNumId w:val="18"/>
  </w:num>
  <w:num w:numId="16" w16cid:durableId="269170058">
    <w:abstractNumId w:val="13"/>
  </w:num>
  <w:num w:numId="17" w16cid:durableId="517739770">
    <w:abstractNumId w:val="10"/>
  </w:num>
  <w:num w:numId="18" w16cid:durableId="1765685991">
    <w:abstractNumId w:val="16"/>
  </w:num>
  <w:num w:numId="19" w16cid:durableId="171064001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42042"/>
    <w:rsid w:val="0015074B"/>
    <w:rsid w:val="001B2051"/>
    <w:rsid w:val="0029639D"/>
    <w:rsid w:val="00326F90"/>
    <w:rsid w:val="00776DAC"/>
    <w:rsid w:val="00822E9B"/>
    <w:rsid w:val="009C6ADA"/>
    <w:rsid w:val="00A677E6"/>
    <w:rsid w:val="00AA1D8D"/>
    <w:rsid w:val="00AC0C54"/>
    <w:rsid w:val="00B47730"/>
    <w:rsid w:val="00C44DBF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09898D"/>
  <w14:defaultImageDpi w14:val="300"/>
  <w15:docId w15:val="{B1DB2B4C-DE56-40D3-8D59-4BCB64B4F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George Baber</cp:lastModifiedBy>
  <cp:revision>2</cp:revision>
  <dcterms:created xsi:type="dcterms:W3CDTF">2026-04-27T10:25:00Z</dcterms:created>
  <dcterms:modified xsi:type="dcterms:W3CDTF">2026-04-27T10:25:00Z</dcterms:modified>
  <cp:category/>
</cp:coreProperties>
</file>