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1BE2A" w14:textId="77777777" w:rsidR="00376013" w:rsidRPr="002C4F92" w:rsidRDefault="002C4F92" w:rsidP="002C4F92">
      <w:pPr>
        <w:pStyle w:val="Heading1"/>
        <w:spacing w:before="120" w:after="120"/>
        <w:rPr>
          <w:rFonts w:ascii="Aptos" w:hAnsi="Aptos"/>
          <w:color w:val="auto"/>
          <w:sz w:val="40"/>
          <w:szCs w:val="40"/>
        </w:rPr>
      </w:pPr>
      <w:r w:rsidRPr="002C4F92">
        <w:rPr>
          <w:rFonts w:ascii="Aptos" w:hAnsi="Aptos"/>
          <w:color w:val="auto"/>
          <w:sz w:val="40"/>
          <w:szCs w:val="40"/>
        </w:rPr>
        <w:t>Third-Party Contractor Disclaimer and Agreement</w:t>
      </w:r>
    </w:p>
    <w:p w14:paraId="0548F96C" w14:textId="7DF2E6AF" w:rsidR="00376013" w:rsidRPr="002C4F92" w:rsidRDefault="002C4F92" w:rsidP="002C4F92">
      <w:pPr>
        <w:spacing w:before="120" w:after="120"/>
        <w:rPr>
          <w:rFonts w:ascii="Aptos" w:hAnsi="Aptos"/>
          <w:sz w:val="24"/>
          <w:szCs w:val="24"/>
        </w:rPr>
      </w:pPr>
      <w:r w:rsidRPr="002C4F92">
        <w:rPr>
          <w:rFonts w:ascii="Aptos" w:hAnsi="Aptos"/>
          <w:sz w:val="24"/>
          <w:szCs w:val="24"/>
        </w:rPr>
        <w:t xml:space="preserve">Name of </w:t>
      </w:r>
      <w:r w:rsidRPr="002C4F92">
        <w:rPr>
          <w:rFonts w:ascii="Aptos" w:hAnsi="Aptos"/>
          <w:b/>
          <w:bCs/>
          <w:sz w:val="24"/>
          <w:szCs w:val="24"/>
        </w:rPr>
        <w:t xml:space="preserve">Riding </w:t>
      </w:r>
      <w:r>
        <w:rPr>
          <w:rFonts w:ascii="Aptos" w:hAnsi="Aptos"/>
          <w:b/>
          <w:bCs/>
          <w:sz w:val="24"/>
          <w:szCs w:val="24"/>
        </w:rPr>
        <w:t>Establishment</w:t>
      </w:r>
      <w:r w:rsidRPr="002C4F92">
        <w:rPr>
          <w:rFonts w:ascii="Aptos" w:hAnsi="Aptos"/>
          <w:sz w:val="24"/>
          <w:szCs w:val="24"/>
        </w:rPr>
        <w:t>: ___________________________</w:t>
      </w:r>
      <w:r>
        <w:rPr>
          <w:rFonts w:ascii="Aptos" w:hAnsi="Aptos"/>
          <w:sz w:val="24"/>
          <w:szCs w:val="24"/>
        </w:rPr>
        <w:t>____________________________</w:t>
      </w:r>
    </w:p>
    <w:p w14:paraId="5B95657F" w14:textId="11374D7B" w:rsidR="00376013" w:rsidRPr="002C4F92" w:rsidRDefault="002C4F92" w:rsidP="002C4F92">
      <w:pPr>
        <w:spacing w:before="120" w:after="120"/>
        <w:rPr>
          <w:rFonts w:ascii="Aptos" w:hAnsi="Aptos"/>
          <w:sz w:val="24"/>
          <w:szCs w:val="24"/>
        </w:rPr>
      </w:pPr>
      <w:r w:rsidRPr="002C4F92">
        <w:rPr>
          <w:rFonts w:ascii="Aptos" w:hAnsi="Aptos"/>
          <w:sz w:val="24"/>
          <w:szCs w:val="24"/>
        </w:rPr>
        <w:t>Address: ___________________________________________</w:t>
      </w:r>
      <w:r>
        <w:rPr>
          <w:rFonts w:ascii="Aptos" w:hAnsi="Aptos"/>
          <w:sz w:val="24"/>
          <w:szCs w:val="24"/>
        </w:rPr>
        <w:t>__________________________________</w:t>
      </w:r>
    </w:p>
    <w:p w14:paraId="0D639AFF" w14:textId="08ADB059" w:rsidR="00376013" w:rsidRPr="002C4F92" w:rsidRDefault="002C4F92" w:rsidP="002C4F92">
      <w:pPr>
        <w:spacing w:before="120" w:after="120"/>
        <w:rPr>
          <w:rFonts w:ascii="Aptos" w:hAnsi="Aptos"/>
          <w:sz w:val="24"/>
          <w:szCs w:val="24"/>
        </w:rPr>
      </w:pPr>
      <w:r w:rsidRPr="002C4F92">
        <w:rPr>
          <w:rFonts w:ascii="Aptos" w:hAnsi="Aptos"/>
          <w:sz w:val="24"/>
          <w:szCs w:val="24"/>
        </w:rPr>
        <w:t>Telephone: ___________________</w:t>
      </w:r>
      <w:proofErr w:type="gramStart"/>
      <w:r w:rsidRPr="002C4F92">
        <w:rPr>
          <w:rFonts w:ascii="Aptos" w:hAnsi="Aptos"/>
          <w:sz w:val="24"/>
          <w:szCs w:val="24"/>
        </w:rPr>
        <w:t xml:space="preserve">_  </w:t>
      </w:r>
      <w:proofErr w:type="gramEnd"/>
      <w:r w:rsidRPr="002C4F92">
        <w:rPr>
          <w:rFonts w:ascii="Aptos" w:hAnsi="Aptos"/>
          <w:sz w:val="24"/>
          <w:szCs w:val="24"/>
        </w:rPr>
        <w:t xml:space="preserve"> Email: ____________________</w:t>
      </w:r>
      <w:r>
        <w:rPr>
          <w:rFonts w:ascii="Aptos" w:hAnsi="Aptos"/>
          <w:sz w:val="24"/>
          <w:szCs w:val="24"/>
        </w:rPr>
        <w:t>__________________</w:t>
      </w:r>
    </w:p>
    <w:p w14:paraId="344965DA" w14:textId="63C01275" w:rsidR="002C4F92" w:rsidRPr="002C4F92" w:rsidRDefault="002C4F92" w:rsidP="002C4F92">
      <w:pPr>
        <w:spacing w:before="120" w:after="120"/>
        <w:rPr>
          <w:rFonts w:ascii="Aptos" w:hAnsi="Aptos"/>
          <w:sz w:val="24"/>
          <w:szCs w:val="24"/>
        </w:rPr>
      </w:pPr>
      <w:r w:rsidRPr="002C4F92">
        <w:rPr>
          <w:rFonts w:ascii="Aptos" w:hAnsi="Aptos"/>
          <w:sz w:val="24"/>
          <w:szCs w:val="24"/>
        </w:rPr>
        <w:t xml:space="preserve">Name of </w:t>
      </w:r>
      <w:r w:rsidRPr="002C4F92">
        <w:rPr>
          <w:rFonts w:ascii="Aptos" w:hAnsi="Aptos"/>
          <w:b/>
          <w:bCs/>
          <w:sz w:val="24"/>
          <w:szCs w:val="24"/>
        </w:rPr>
        <w:t>Contactor</w:t>
      </w:r>
      <w:r w:rsidRPr="002C4F92">
        <w:rPr>
          <w:rFonts w:ascii="Aptos" w:hAnsi="Aptos"/>
          <w:sz w:val="24"/>
          <w:szCs w:val="24"/>
        </w:rPr>
        <w:t>: _______________________________________________________</w:t>
      </w:r>
      <w:r>
        <w:rPr>
          <w:rFonts w:ascii="Aptos" w:hAnsi="Aptos"/>
          <w:sz w:val="24"/>
          <w:szCs w:val="24"/>
        </w:rPr>
        <w:t>___________</w:t>
      </w:r>
    </w:p>
    <w:p w14:paraId="7ED51CEE" w14:textId="7150E712" w:rsidR="002C4F92" w:rsidRPr="002C4F92" w:rsidRDefault="002C4F92" w:rsidP="002C4F92">
      <w:pPr>
        <w:spacing w:before="120" w:after="120"/>
        <w:rPr>
          <w:rFonts w:ascii="Aptos" w:hAnsi="Aptos"/>
          <w:sz w:val="24"/>
          <w:szCs w:val="24"/>
        </w:rPr>
      </w:pPr>
      <w:r w:rsidRPr="002C4F92">
        <w:rPr>
          <w:rFonts w:ascii="Aptos" w:hAnsi="Aptos"/>
          <w:sz w:val="24"/>
          <w:szCs w:val="24"/>
        </w:rPr>
        <w:t>Address: ____________________________________________________________________</w:t>
      </w:r>
      <w:r>
        <w:rPr>
          <w:rFonts w:ascii="Aptos" w:hAnsi="Aptos"/>
          <w:sz w:val="24"/>
          <w:szCs w:val="24"/>
        </w:rPr>
        <w:t>_________</w:t>
      </w:r>
    </w:p>
    <w:p w14:paraId="3F9F5994" w14:textId="50C3D444" w:rsidR="002C4F92" w:rsidRDefault="002C4F92" w:rsidP="002C4F92">
      <w:pPr>
        <w:spacing w:before="120" w:after="120"/>
        <w:rPr>
          <w:rFonts w:ascii="Aptos" w:hAnsi="Aptos"/>
          <w:sz w:val="24"/>
          <w:szCs w:val="24"/>
        </w:rPr>
      </w:pPr>
      <w:r w:rsidRPr="002C4F92">
        <w:rPr>
          <w:rFonts w:ascii="Aptos" w:hAnsi="Aptos"/>
          <w:sz w:val="24"/>
          <w:szCs w:val="24"/>
        </w:rPr>
        <w:t>Telephone: ___________________</w:t>
      </w:r>
      <w:proofErr w:type="gramStart"/>
      <w:r w:rsidRPr="002C4F92">
        <w:rPr>
          <w:rFonts w:ascii="Aptos" w:hAnsi="Aptos"/>
          <w:sz w:val="24"/>
          <w:szCs w:val="24"/>
        </w:rPr>
        <w:t xml:space="preserve">_  </w:t>
      </w:r>
      <w:proofErr w:type="gramEnd"/>
      <w:r w:rsidRPr="002C4F92">
        <w:rPr>
          <w:rFonts w:ascii="Aptos" w:hAnsi="Aptos"/>
          <w:sz w:val="24"/>
          <w:szCs w:val="24"/>
        </w:rPr>
        <w:t xml:space="preserve"> Email: ______________________________________</w:t>
      </w:r>
    </w:p>
    <w:p w14:paraId="413DE4A8" w14:textId="16C2861A" w:rsidR="00376013" w:rsidRPr="002C4F92" w:rsidRDefault="002C4F92" w:rsidP="002C4F92">
      <w:pPr>
        <w:spacing w:before="120" w:after="120"/>
        <w:rPr>
          <w:rFonts w:ascii="Aptos" w:hAnsi="Aptos"/>
          <w:sz w:val="24"/>
          <w:szCs w:val="24"/>
        </w:rPr>
      </w:pPr>
      <w:r w:rsidRPr="002C4F92">
        <w:rPr>
          <w:rFonts w:ascii="Aptos" w:hAnsi="Aptos"/>
          <w:sz w:val="24"/>
          <w:szCs w:val="24"/>
        </w:rPr>
        <w:t>Date of commencement: ___ / ___ / 20___</w:t>
      </w:r>
    </w:p>
    <w:p w14:paraId="7E79C776" w14:textId="77777777" w:rsidR="00376013" w:rsidRPr="002C4F92" w:rsidRDefault="002C4F92" w:rsidP="002C4F92">
      <w:pPr>
        <w:pStyle w:val="Heading2"/>
        <w:spacing w:before="120" w:after="120"/>
        <w:rPr>
          <w:rFonts w:ascii="Aptos" w:hAnsi="Aptos"/>
          <w:color w:val="auto"/>
          <w:sz w:val="24"/>
          <w:szCs w:val="24"/>
        </w:rPr>
      </w:pPr>
      <w:r w:rsidRPr="002C4F92">
        <w:rPr>
          <w:rFonts w:ascii="Aptos" w:hAnsi="Aptos"/>
          <w:color w:val="auto"/>
          <w:sz w:val="24"/>
          <w:szCs w:val="24"/>
        </w:rPr>
        <w:t>1. Parties</w:t>
      </w:r>
    </w:p>
    <w:p w14:paraId="20E5F02E" w14:textId="77777777" w:rsidR="00376013" w:rsidRPr="002C4F92" w:rsidRDefault="002C4F92" w:rsidP="002C4F92">
      <w:pPr>
        <w:spacing w:before="120" w:after="120"/>
        <w:rPr>
          <w:rFonts w:ascii="Aptos" w:hAnsi="Aptos"/>
          <w:sz w:val="24"/>
          <w:szCs w:val="24"/>
        </w:rPr>
      </w:pPr>
      <w:r w:rsidRPr="002C4F92">
        <w:rPr>
          <w:rFonts w:ascii="Aptos" w:hAnsi="Aptos"/>
          <w:sz w:val="24"/>
          <w:szCs w:val="24"/>
        </w:rPr>
        <w:t>This Agreement is made between:</w:t>
      </w:r>
    </w:p>
    <w:p w14:paraId="303BE75C" w14:textId="222B07E4" w:rsidR="00376013" w:rsidRPr="002C4F92" w:rsidRDefault="002C4F92" w:rsidP="002C4F92">
      <w:pPr>
        <w:spacing w:before="120" w:after="120"/>
        <w:rPr>
          <w:rFonts w:ascii="Aptos" w:hAnsi="Aptos"/>
          <w:sz w:val="24"/>
          <w:szCs w:val="24"/>
        </w:rPr>
      </w:pPr>
      <w:r w:rsidRPr="002C4F92">
        <w:rPr>
          <w:rFonts w:ascii="Aptos" w:hAnsi="Aptos"/>
          <w:sz w:val="24"/>
          <w:szCs w:val="24"/>
        </w:rPr>
        <w:t xml:space="preserve">(a) [Name of Riding </w:t>
      </w:r>
      <w:r>
        <w:rPr>
          <w:rFonts w:ascii="Aptos" w:hAnsi="Aptos"/>
          <w:sz w:val="24"/>
          <w:szCs w:val="24"/>
        </w:rPr>
        <w:t>Establishment</w:t>
      </w:r>
      <w:r w:rsidRPr="002C4F92">
        <w:rPr>
          <w:rFonts w:ascii="Aptos" w:hAnsi="Aptos"/>
          <w:sz w:val="24"/>
          <w:szCs w:val="24"/>
        </w:rPr>
        <w:t xml:space="preserve">] (“the Riding </w:t>
      </w:r>
      <w:r>
        <w:rPr>
          <w:rFonts w:ascii="Aptos" w:hAnsi="Aptos"/>
          <w:sz w:val="24"/>
          <w:szCs w:val="24"/>
        </w:rPr>
        <w:t>Establishment</w:t>
      </w:r>
      <w:r w:rsidRPr="002C4F92">
        <w:rPr>
          <w:rFonts w:ascii="Aptos" w:hAnsi="Aptos"/>
          <w:sz w:val="24"/>
          <w:szCs w:val="24"/>
        </w:rPr>
        <w:t>”), and</w:t>
      </w:r>
    </w:p>
    <w:p w14:paraId="05277550" w14:textId="77777777" w:rsidR="00376013" w:rsidRPr="002C4F92" w:rsidRDefault="002C4F92" w:rsidP="002C4F92">
      <w:pPr>
        <w:spacing w:before="120" w:after="120"/>
        <w:rPr>
          <w:rFonts w:ascii="Aptos" w:hAnsi="Aptos"/>
          <w:sz w:val="24"/>
          <w:szCs w:val="24"/>
        </w:rPr>
      </w:pPr>
      <w:r w:rsidRPr="002C4F92">
        <w:rPr>
          <w:rFonts w:ascii="Aptos" w:hAnsi="Aptos"/>
          <w:sz w:val="24"/>
          <w:szCs w:val="24"/>
        </w:rPr>
        <w:t>(b) [Name of Contractor] (“the Contractor”).</w:t>
      </w:r>
    </w:p>
    <w:p w14:paraId="55CC3D14" w14:textId="77777777" w:rsidR="00376013" w:rsidRPr="002C4F92" w:rsidRDefault="002C4F92" w:rsidP="002C4F92">
      <w:pPr>
        <w:pStyle w:val="Heading2"/>
        <w:spacing w:before="120" w:after="120"/>
        <w:rPr>
          <w:rFonts w:ascii="Aptos" w:hAnsi="Aptos"/>
          <w:color w:val="auto"/>
          <w:sz w:val="24"/>
          <w:szCs w:val="24"/>
        </w:rPr>
      </w:pPr>
      <w:r w:rsidRPr="002C4F92">
        <w:rPr>
          <w:rFonts w:ascii="Aptos" w:hAnsi="Aptos"/>
          <w:color w:val="auto"/>
          <w:sz w:val="24"/>
          <w:szCs w:val="24"/>
        </w:rPr>
        <w:t>2. Purpose</w:t>
      </w:r>
    </w:p>
    <w:p w14:paraId="174FF8E4" w14:textId="132FEB95" w:rsidR="00376013" w:rsidRPr="002C4F92" w:rsidRDefault="002C4F92" w:rsidP="002C4F92">
      <w:pPr>
        <w:spacing w:before="120" w:after="120"/>
        <w:rPr>
          <w:rFonts w:ascii="Aptos" w:hAnsi="Aptos"/>
          <w:sz w:val="24"/>
          <w:szCs w:val="24"/>
        </w:rPr>
      </w:pPr>
      <w:r w:rsidRPr="002C4F92">
        <w:rPr>
          <w:rFonts w:ascii="Aptos" w:hAnsi="Aptos"/>
          <w:sz w:val="24"/>
          <w:szCs w:val="24"/>
        </w:rPr>
        <w:t xml:space="preserve">This document sets out the terms under which the Contractor is permitted to provide services on the premises of the Riding </w:t>
      </w:r>
      <w:r>
        <w:rPr>
          <w:rFonts w:ascii="Aptos" w:hAnsi="Aptos"/>
          <w:sz w:val="24"/>
          <w:szCs w:val="24"/>
        </w:rPr>
        <w:t>Establishment</w:t>
      </w:r>
      <w:r w:rsidRPr="002C4F92">
        <w:rPr>
          <w:rFonts w:ascii="Aptos" w:hAnsi="Aptos"/>
          <w:sz w:val="24"/>
          <w:szCs w:val="24"/>
        </w:rPr>
        <w:t xml:space="preserve">. It confirms that the Contractor is an independent business or freelancer and not an employee, partner, or agent of the Riding </w:t>
      </w:r>
      <w:r>
        <w:rPr>
          <w:rFonts w:ascii="Aptos" w:hAnsi="Aptos"/>
          <w:sz w:val="24"/>
          <w:szCs w:val="24"/>
        </w:rPr>
        <w:t>Establishment</w:t>
      </w:r>
      <w:r w:rsidRPr="002C4F92">
        <w:rPr>
          <w:rFonts w:ascii="Aptos" w:hAnsi="Aptos"/>
          <w:sz w:val="24"/>
          <w:szCs w:val="24"/>
        </w:rPr>
        <w:t>.</w:t>
      </w:r>
    </w:p>
    <w:p w14:paraId="720C0763" w14:textId="77777777" w:rsidR="00376013" w:rsidRPr="002C4F92" w:rsidRDefault="002C4F92" w:rsidP="002C4F92">
      <w:pPr>
        <w:pStyle w:val="Heading2"/>
        <w:spacing w:before="120" w:after="120"/>
        <w:rPr>
          <w:rFonts w:ascii="Aptos" w:hAnsi="Aptos"/>
          <w:color w:val="auto"/>
          <w:sz w:val="24"/>
          <w:szCs w:val="24"/>
        </w:rPr>
      </w:pPr>
      <w:r w:rsidRPr="002C4F92">
        <w:rPr>
          <w:rFonts w:ascii="Aptos" w:hAnsi="Aptos"/>
          <w:color w:val="auto"/>
          <w:sz w:val="24"/>
          <w:szCs w:val="24"/>
        </w:rPr>
        <w:t>3. Contractor’s Responsibilities</w:t>
      </w:r>
    </w:p>
    <w:p w14:paraId="52844285" w14:textId="25CF88B3" w:rsidR="00376013" w:rsidRPr="002C4F92" w:rsidRDefault="002C4F92" w:rsidP="002C4F92">
      <w:pPr>
        <w:pStyle w:val="ListBullet"/>
        <w:spacing w:before="120" w:after="120"/>
        <w:rPr>
          <w:rFonts w:ascii="Aptos" w:hAnsi="Aptos"/>
          <w:sz w:val="24"/>
          <w:szCs w:val="24"/>
        </w:rPr>
      </w:pPr>
      <w:r w:rsidRPr="002C4F92">
        <w:rPr>
          <w:rFonts w:ascii="Aptos" w:hAnsi="Aptos"/>
          <w:sz w:val="24"/>
          <w:szCs w:val="24"/>
        </w:rPr>
        <w:t>Hold and maintain public</w:t>
      </w:r>
      <w:r>
        <w:rPr>
          <w:rFonts w:ascii="Aptos" w:hAnsi="Aptos"/>
          <w:sz w:val="24"/>
          <w:szCs w:val="24"/>
        </w:rPr>
        <w:t xml:space="preserve"> and product</w:t>
      </w:r>
      <w:r w:rsidRPr="002C4F92">
        <w:rPr>
          <w:rFonts w:ascii="Aptos" w:hAnsi="Aptos"/>
          <w:sz w:val="24"/>
          <w:szCs w:val="24"/>
        </w:rPr>
        <w:t xml:space="preserve"> liability insurance </w:t>
      </w:r>
      <w:r>
        <w:rPr>
          <w:rFonts w:ascii="Aptos" w:hAnsi="Aptos"/>
          <w:sz w:val="24"/>
          <w:szCs w:val="24"/>
        </w:rPr>
        <w:t>(with Care, Custody and Control Endorsement (if applicable</w:t>
      </w:r>
      <w:proofErr w:type="gramStart"/>
      <w:r>
        <w:rPr>
          <w:rFonts w:ascii="Aptos" w:hAnsi="Aptos"/>
          <w:sz w:val="24"/>
          <w:szCs w:val="24"/>
        </w:rPr>
        <w:t>) )</w:t>
      </w:r>
      <w:proofErr w:type="gramEnd"/>
      <w:r>
        <w:rPr>
          <w:rFonts w:ascii="Aptos" w:hAnsi="Aptos"/>
          <w:sz w:val="24"/>
          <w:szCs w:val="24"/>
        </w:rPr>
        <w:t xml:space="preserve"> </w:t>
      </w:r>
      <w:r w:rsidRPr="002C4F92">
        <w:rPr>
          <w:rFonts w:ascii="Aptos" w:hAnsi="Aptos"/>
          <w:sz w:val="24"/>
          <w:szCs w:val="24"/>
        </w:rPr>
        <w:t>with a minimum indemnity of £</w:t>
      </w:r>
      <w:r>
        <w:rPr>
          <w:rFonts w:ascii="Aptos" w:hAnsi="Aptos"/>
          <w:sz w:val="24"/>
          <w:szCs w:val="24"/>
        </w:rPr>
        <w:t xml:space="preserve"> </w:t>
      </w:r>
      <w:r w:rsidRPr="002C4F92">
        <w:rPr>
          <w:rFonts w:ascii="Aptos" w:hAnsi="Aptos"/>
          <w:sz w:val="24"/>
          <w:szCs w:val="24"/>
        </w:rPr>
        <w:t>[e.g., 2 million].</w:t>
      </w:r>
    </w:p>
    <w:p w14:paraId="36F8D557" w14:textId="77777777" w:rsidR="00376013" w:rsidRPr="002C4F92" w:rsidRDefault="002C4F92" w:rsidP="002C4F92">
      <w:pPr>
        <w:pStyle w:val="ListBullet"/>
        <w:spacing w:before="120" w:after="120"/>
        <w:rPr>
          <w:rFonts w:ascii="Aptos" w:hAnsi="Aptos"/>
          <w:sz w:val="24"/>
          <w:szCs w:val="24"/>
        </w:rPr>
      </w:pPr>
      <w:r w:rsidRPr="002C4F92">
        <w:rPr>
          <w:rFonts w:ascii="Aptos" w:hAnsi="Aptos"/>
          <w:sz w:val="24"/>
          <w:szCs w:val="24"/>
        </w:rPr>
        <w:t>Hold any relevant professional qualifications or licences appropriate to the services provided (e.g., coaching, farriery, equine massage, grounds maintenance).</w:t>
      </w:r>
    </w:p>
    <w:p w14:paraId="031D291A" w14:textId="77777777" w:rsidR="00376013" w:rsidRPr="002C4F92" w:rsidRDefault="002C4F92" w:rsidP="002C4F92">
      <w:pPr>
        <w:pStyle w:val="ListBullet"/>
        <w:spacing w:before="120" w:after="120"/>
        <w:rPr>
          <w:rFonts w:ascii="Aptos" w:hAnsi="Aptos"/>
          <w:sz w:val="24"/>
          <w:szCs w:val="24"/>
        </w:rPr>
      </w:pPr>
      <w:r w:rsidRPr="002C4F92">
        <w:rPr>
          <w:rFonts w:ascii="Aptos" w:hAnsi="Aptos"/>
          <w:sz w:val="24"/>
          <w:szCs w:val="24"/>
        </w:rPr>
        <w:t>Comply with all relevant UK Health and Safety legislation, including the Health and Safety at Work Act 1974 and Management of Health and Safety at Work Regulations 1999.</w:t>
      </w:r>
    </w:p>
    <w:p w14:paraId="10BE6A4B" w14:textId="72D1D9C7" w:rsidR="00376013" w:rsidRPr="002C4F92" w:rsidRDefault="002C4F92" w:rsidP="002C4F92">
      <w:pPr>
        <w:pStyle w:val="ListBullet"/>
        <w:spacing w:before="120" w:after="120"/>
        <w:rPr>
          <w:rFonts w:ascii="Aptos" w:hAnsi="Aptos"/>
          <w:sz w:val="24"/>
          <w:szCs w:val="24"/>
        </w:rPr>
      </w:pPr>
      <w:r w:rsidRPr="002C4F92">
        <w:rPr>
          <w:rFonts w:ascii="Aptos" w:hAnsi="Aptos"/>
          <w:sz w:val="24"/>
          <w:szCs w:val="24"/>
        </w:rPr>
        <w:t xml:space="preserve">Follow the Riding </w:t>
      </w:r>
      <w:r>
        <w:rPr>
          <w:rFonts w:ascii="Aptos" w:hAnsi="Aptos"/>
          <w:sz w:val="24"/>
          <w:szCs w:val="24"/>
        </w:rPr>
        <w:t>Establishment</w:t>
      </w:r>
      <w:r w:rsidRPr="002C4F92">
        <w:rPr>
          <w:rFonts w:ascii="Aptos" w:hAnsi="Aptos"/>
          <w:sz w:val="24"/>
          <w:szCs w:val="24"/>
        </w:rPr>
        <w:t>’s yard rules, risk assessments, safeguarding, and biosecurity policies.</w:t>
      </w:r>
    </w:p>
    <w:p w14:paraId="74007A4A" w14:textId="77777777" w:rsidR="00376013" w:rsidRPr="002C4F92" w:rsidRDefault="002C4F92" w:rsidP="002C4F92">
      <w:pPr>
        <w:pStyle w:val="ListBullet"/>
        <w:spacing w:before="120" w:after="120"/>
        <w:rPr>
          <w:rFonts w:ascii="Aptos" w:hAnsi="Aptos"/>
          <w:sz w:val="24"/>
          <w:szCs w:val="24"/>
        </w:rPr>
      </w:pPr>
      <w:r w:rsidRPr="002C4F92">
        <w:rPr>
          <w:rFonts w:ascii="Aptos" w:hAnsi="Aptos"/>
          <w:sz w:val="24"/>
          <w:szCs w:val="24"/>
        </w:rPr>
        <w:t>Ensure that all equipment, tools, and vehicles brought onto site are safe, properly maintained, and used responsibly.</w:t>
      </w:r>
    </w:p>
    <w:p w14:paraId="51605ED2" w14:textId="4B745744" w:rsidR="00376013" w:rsidRPr="002C4F92" w:rsidRDefault="002C4F92" w:rsidP="002C4F92">
      <w:pPr>
        <w:pStyle w:val="ListBullet"/>
        <w:spacing w:before="120" w:after="120"/>
        <w:rPr>
          <w:rFonts w:ascii="Aptos" w:hAnsi="Aptos"/>
          <w:sz w:val="24"/>
          <w:szCs w:val="24"/>
        </w:rPr>
      </w:pPr>
      <w:r w:rsidRPr="002C4F92">
        <w:rPr>
          <w:rFonts w:ascii="Aptos" w:hAnsi="Aptos"/>
          <w:sz w:val="24"/>
          <w:szCs w:val="24"/>
        </w:rPr>
        <w:t xml:space="preserve">Report any accidents, incidents, or near misses immediately to the Riding </w:t>
      </w:r>
      <w:r>
        <w:rPr>
          <w:rFonts w:ascii="Aptos" w:hAnsi="Aptos"/>
          <w:sz w:val="24"/>
          <w:szCs w:val="24"/>
        </w:rPr>
        <w:t>Establishment</w:t>
      </w:r>
      <w:r w:rsidRPr="002C4F92">
        <w:rPr>
          <w:rFonts w:ascii="Aptos" w:hAnsi="Aptos"/>
          <w:sz w:val="24"/>
          <w:szCs w:val="24"/>
        </w:rPr>
        <w:t xml:space="preserve"> Manager.</w:t>
      </w:r>
    </w:p>
    <w:p w14:paraId="79227487" w14:textId="77777777" w:rsidR="00376013" w:rsidRPr="002C4F92" w:rsidRDefault="002C4F92" w:rsidP="002C4F92">
      <w:pPr>
        <w:pStyle w:val="ListBullet"/>
        <w:spacing w:before="120" w:after="120"/>
        <w:rPr>
          <w:rFonts w:ascii="Aptos" w:hAnsi="Aptos"/>
          <w:sz w:val="24"/>
          <w:szCs w:val="24"/>
        </w:rPr>
      </w:pPr>
      <w:r w:rsidRPr="002C4F92">
        <w:rPr>
          <w:rFonts w:ascii="Aptos" w:hAnsi="Aptos"/>
          <w:sz w:val="24"/>
          <w:szCs w:val="24"/>
        </w:rPr>
        <w:t>Take full responsibility for their own tax, national insurance, and business compliance obligations.</w:t>
      </w:r>
    </w:p>
    <w:p w14:paraId="39DD61DE" w14:textId="6A5E8DDB" w:rsidR="00376013" w:rsidRPr="002C4F92" w:rsidRDefault="002C4F92" w:rsidP="002C4F92">
      <w:pPr>
        <w:pStyle w:val="Heading2"/>
        <w:spacing w:before="120" w:after="120"/>
        <w:rPr>
          <w:rFonts w:ascii="Aptos" w:hAnsi="Aptos"/>
          <w:color w:val="auto"/>
          <w:sz w:val="24"/>
          <w:szCs w:val="24"/>
        </w:rPr>
      </w:pPr>
      <w:r w:rsidRPr="002C4F92">
        <w:rPr>
          <w:rFonts w:ascii="Aptos" w:hAnsi="Aptos"/>
          <w:color w:val="auto"/>
          <w:sz w:val="24"/>
          <w:szCs w:val="24"/>
        </w:rPr>
        <w:lastRenderedPageBreak/>
        <w:t xml:space="preserve">4. Riding </w:t>
      </w:r>
      <w:r>
        <w:rPr>
          <w:rFonts w:ascii="Aptos" w:hAnsi="Aptos"/>
          <w:color w:val="auto"/>
          <w:sz w:val="24"/>
          <w:szCs w:val="24"/>
        </w:rPr>
        <w:t>Establishment</w:t>
      </w:r>
      <w:r w:rsidRPr="002C4F92">
        <w:rPr>
          <w:rFonts w:ascii="Aptos" w:hAnsi="Aptos"/>
          <w:color w:val="auto"/>
          <w:sz w:val="24"/>
          <w:szCs w:val="24"/>
        </w:rPr>
        <w:t>’s Responsibilities</w:t>
      </w:r>
    </w:p>
    <w:p w14:paraId="7D00612E" w14:textId="77777777" w:rsidR="00376013" w:rsidRPr="002C4F92" w:rsidRDefault="002C4F92" w:rsidP="002C4F92">
      <w:pPr>
        <w:pStyle w:val="ListBullet"/>
        <w:spacing w:before="120" w:after="120"/>
        <w:rPr>
          <w:rFonts w:ascii="Aptos" w:hAnsi="Aptos"/>
          <w:sz w:val="24"/>
          <w:szCs w:val="24"/>
        </w:rPr>
      </w:pPr>
      <w:r w:rsidRPr="002C4F92">
        <w:rPr>
          <w:rFonts w:ascii="Aptos" w:hAnsi="Aptos"/>
          <w:sz w:val="24"/>
          <w:szCs w:val="24"/>
        </w:rPr>
        <w:t>Provide reasonable access to the premises for the agreed service.</w:t>
      </w:r>
    </w:p>
    <w:p w14:paraId="129D1242" w14:textId="77777777" w:rsidR="00376013" w:rsidRPr="002C4F92" w:rsidRDefault="002C4F92" w:rsidP="002C4F92">
      <w:pPr>
        <w:pStyle w:val="ListBullet"/>
        <w:spacing w:before="120" w:after="120"/>
        <w:rPr>
          <w:rFonts w:ascii="Aptos" w:hAnsi="Aptos"/>
          <w:sz w:val="24"/>
          <w:szCs w:val="24"/>
        </w:rPr>
      </w:pPr>
      <w:r w:rsidRPr="002C4F92">
        <w:rPr>
          <w:rFonts w:ascii="Aptos" w:hAnsi="Aptos"/>
          <w:sz w:val="24"/>
          <w:szCs w:val="24"/>
        </w:rPr>
        <w:t>Maintain insurance for its own operations and facilities.</w:t>
      </w:r>
    </w:p>
    <w:p w14:paraId="2ED21ADC" w14:textId="77777777" w:rsidR="00376013" w:rsidRPr="002C4F92" w:rsidRDefault="002C4F92" w:rsidP="002C4F92">
      <w:pPr>
        <w:pStyle w:val="ListBullet"/>
        <w:spacing w:before="120" w:after="120"/>
        <w:rPr>
          <w:rFonts w:ascii="Aptos" w:hAnsi="Aptos"/>
          <w:sz w:val="24"/>
          <w:szCs w:val="24"/>
        </w:rPr>
      </w:pPr>
      <w:r w:rsidRPr="002C4F92">
        <w:rPr>
          <w:rFonts w:ascii="Aptos" w:hAnsi="Aptos"/>
          <w:sz w:val="24"/>
          <w:szCs w:val="24"/>
        </w:rPr>
        <w:t>Inform the Contractor of any known site hazards or restrictions.</w:t>
      </w:r>
    </w:p>
    <w:p w14:paraId="4D5D3C31" w14:textId="77777777" w:rsidR="00376013" w:rsidRPr="002C4F92" w:rsidRDefault="002C4F92" w:rsidP="002C4F92">
      <w:pPr>
        <w:pStyle w:val="Heading2"/>
        <w:spacing w:before="120" w:after="120"/>
        <w:rPr>
          <w:rFonts w:ascii="Aptos" w:hAnsi="Aptos"/>
          <w:color w:val="auto"/>
          <w:sz w:val="24"/>
          <w:szCs w:val="24"/>
        </w:rPr>
      </w:pPr>
      <w:r w:rsidRPr="002C4F92">
        <w:rPr>
          <w:rFonts w:ascii="Aptos" w:hAnsi="Aptos"/>
          <w:color w:val="auto"/>
          <w:sz w:val="24"/>
          <w:szCs w:val="24"/>
        </w:rPr>
        <w:t>5. Liability and Indemnity</w:t>
      </w:r>
    </w:p>
    <w:p w14:paraId="0CDB0E94" w14:textId="47B81BF4" w:rsidR="00376013" w:rsidRPr="002C4F92" w:rsidRDefault="002C4F92" w:rsidP="002C4F92">
      <w:pPr>
        <w:spacing w:before="120" w:after="120"/>
        <w:rPr>
          <w:rFonts w:ascii="Aptos" w:hAnsi="Aptos"/>
          <w:sz w:val="24"/>
          <w:szCs w:val="24"/>
        </w:rPr>
      </w:pPr>
      <w:r w:rsidRPr="002C4F92">
        <w:rPr>
          <w:rFonts w:ascii="Aptos" w:hAnsi="Aptos"/>
          <w:sz w:val="24"/>
          <w:szCs w:val="24"/>
        </w:rPr>
        <w:t xml:space="preserve">The Contractor operates entirely at their own risk and indemnifies the Riding </w:t>
      </w:r>
      <w:r>
        <w:rPr>
          <w:rFonts w:ascii="Aptos" w:hAnsi="Aptos"/>
          <w:sz w:val="24"/>
          <w:szCs w:val="24"/>
        </w:rPr>
        <w:t>Establishment</w:t>
      </w:r>
      <w:r w:rsidRPr="002C4F92">
        <w:rPr>
          <w:rFonts w:ascii="Aptos" w:hAnsi="Aptos"/>
          <w:sz w:val="24"/>
          <w:szCs w:val="24"/>
        </w:rPr>
        <w:t xml:space="preserve"> against any claims, losses, or damages arising from their work, except </w:t>
      </w:r>
      <w:proofErr w:type="gramStart"/>
      <w:r w:rsidRPr="002C4F92">
        <w:rPr>
          <w:rFonts w:ascii="Aptos" w:hAnsi="Aptos"/>
          <w:sz w:val="24"/>
          <w:szCs w:val="24"/>
        </w:rPr>
        <w:t>where</w:t>
      </w:r>
      <w:proofErr w:type="gramEnd"/>
      <w:r w:rsidRPr="002C4F92">
        <w:rPr>
          <w:rFonts w:ascii="Aptos" w:hAnsi="Aptos"/>
          <w:sz w:val="24"/>
          <w:szCs w:val="24"/>
        </w:rPr>
        <w:t xml:space="preserve"> caused by the Riding </w:t>
      </w:r>
      <w:r>
        <w:rPr>
          <w:rFonts w:ascii="Aptos" w:hAnsi="Aptos"/>
          <w:sz w:val="24"/>
          <w:szCs w:val="24"/>
        </w:rPr>
        <w:t>Establishment</w:t>
      </w:r>
      <w:r w:rsidRPr="002C4F92">
        <w:rPr>
          <w:rFonts w:ascii="Aptos" w:hAnsi="Aptos"/>
          <w:sz w:val="24"/>
          <w:szCs w:val="24"/>
        </w:rPr>
        <w:t>’s negligence.</w:t>
      </w:r>
    </w:p>
    <w:p w14:paraId="4ACAF106" w14:textId="30960904" w:rsidR="00376013" w:rsidRPr="002C4F92" w:rsidRDefault="002C4F92" w:rsidP="002C4F92">
      <w:pPr>
        <w:spacing w:before="120" w:after="120"/>
        <w:rPr>
          <w:rFonts w:ascii="Aptos" w:hAnsi="Aptos"/>
          <w:sz w:val="24"/>
          <w:szCs w:val="24"/>
        </w:rPr>
      </w:pPr>
      <w:r w:rsidRPr="002C4F92">
        <w:rPr>
          <w:rFonts w:ascii="Aptos" w:hAnsi="Aptos"/>
          <w:sz w:val="24"/>
          <w:szCs w:val="24"/>
        </w:rPr>
        <w:t xml:space="preserve">The Riding </w:t>
      </w:r>
      <w:r>
        <w:rPr>
          <w:rFonts w:ascii="Aptos" w:hAnsi="Aptos"/>
          <w:sz w:val="24"/>
          <w:szCs w:val="24"/>
        </w:rPr>
        <w:t>Establishment</w:t>
      </w:r>
      <w:r w:rsidRPr="002C4F92">
        <w:rPr>
          <w:rFonts w:ascii="Aptos" w:hAnsi="Aptos"/>
          <w:sz w:val="24"/>
          <w:szCs w:val="24"/>
        </w:rPr>
        <w:t xml:space="preserve"> accepts no responsibility for injury, loss, theft, or damage to the Contractor’s person, property, equipment, or animals.</w:t>
      </w:r>
    </w:p>
    <w:p w14:paraId="668D41ED" w14:textId="77777777" w:rsidR="00376013" w:rsidRPr="002C4F92" w:rsidRDefault="002C4F92" w:rsidP="002C4F92">
      <w:pPr>
        <w:pStyle w:val="Heading2"/>
        <w:spacing w:before="120" w:after="120"/>
        <w:rPr>
          <w:rFonts w:ascii="Aptos" w:hAnsi="Aptos"/>
          <w:color w:val="auto"/>
          <w:sz w:val="24"/>
          <w:szCs w:val="24"/>
        </w:rPr>
      </w:pPr>
      <w:r w:rsidRPr="002C4F92">
        <w:rPr>
          <w:rFonts w:ascii="Aptos" w:hAnsi="Aptos"/>
          <w:color w:val="auto"/>
          <w:sz w:val="24"/>
          <w:szCs w:val="24"/>
        </w:rPr>
        <w:t>6. Safeguarding and Data Protection</w:t>
      </w:r>
    </w:p>
    <w:p w14:paraId="54271DA1" w14:textId="21ABBAF2" w:rsidR="00376013" w:rsidRDefault="002C4F92" w:rsidP="002C4F92">
      <w:pPr>
        <w:pStyle w:val="ListBullet"/>
        <w:spacing w:before="120" w:after="120"/>
        <w:rPr>
          <w:rFonts w:ascii="Aptos" w:hAnsi="Aptos"/>
          <w:sz w:val="24"/>
          <w:szCs w:val="24"/>
        </w:rPr>
      </w:pPr>
      <w:r w:rsidRPr="002C4F92">
        <w:rPr>
          <w:rFonts w:ascii="Aptos" w:hAnsi="Aptos"/>
          <w:sz w:val="24"/>
          <w:szCs w:val="24"/>
        </w:rPr>
        <w:t xml:space="preserve">Hold a current enhanced DBS check </w:t>
      </w:r>
      <w:r>
        <w:rPr>
          <w:rFonts w:ascii="Aptos" w:hAnsi="Aptos"/>
          <w:sz w:val="24"/>
          <w:szCs w:val="24"/>
        </w:rPr>
        <w:t xml:space="preserve">with Barred Lists </w:t>
      </w:r>
      <w:r w:rsidRPr="002C4F92">
        <w:rPr>
          <w:rFonts w:ascii="Aptos" w:hAnsi="Aptos"/>
          <w:sz w:val="24"/>
          <w:szCs w:val="24"/>
        </w:rPr>
        <w:t>(if applicable).</w:t>
      </w:r>
    </w:p>
    <w:p w14:paraId="419951C3" w14:textId="2BDA1942" w:rsidR="002C4F92" w:rsidRPr="002C4F92" w:rsidRDefault="002C4F92" w:rsidP="002C4F92">
      <w:pPr>
        <w:pStyle w:val="ListBullet"/>
        <w:spacing w:before="120" w:after="12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Hold a Certificate of Training for Safeguarding (if applicable)</w:t>
      </w:r>
    </w:p>
    <w:p w14:paraId="7BA87EFA" w14:textId="0B9693ED" w:rsidR="00376013" w:rsidRPr="002C4F92" w:rsidRDefault="002C4F92" w:rsidP="002C4F92">
      <w:pPr>
        <w:pStyle w:val="ListBullet"/>
        <w:spacing w:before="120" w:after="120"/>
        <w:rPr>
          <w:rFonts w:ascii="Aptos" w:hAnsi="Aptos"/>
          <w:sz w:val="24"/>
          <w:szCs w:val="24"/>
        </w:rPr>
      </w:pPr>
      <w:r w:rsidRPr="002C4F92">
        <w:rPr>
          <w:rFonts w:ascii="Aptos" w:hAnsi="Aptos"/>
          <w:sz w:val="24"/>
          <w:szCs w:val="24"/>
        </w:rPr>
        <w:t xml:space="preserve">Follow the Riding </w:t>
      </w:r>
      <w:r>
        <w:rPr>
          <w:rFonts w:ascii="Aptos" w:hAnsi="Aptos"/>
          <w:sz w:val="24"/>
          <w:szCs w:val="24"/>
        </w:rPr>
        <w:t>Establishment</w:t>
      </w:r>
      <w:r w:rsidRPr="002C4F92">
        <w:rPr>
          <w:rFonts w:ascii="Aptos" w:hAnsi="Aptos"/>
          <w:sz w:val="24"/>
          <w:szCs w:val="24"/>
        </w:rPr>
        <w:t>’s Safeguarding Policy and Data Protection Policy (UK GDPR).</w:t>
      </w:r>
    </w:p>
    <w:p w14:paraId="0A1C46B1" w14:textId="77777777" w:rsidR="00376013" w:rsidRPr="002C4F92" w:rsidRDefault="002C4F92" w:rsidP="002C4F92">
      <w:pPr>
        <w:pStyle w:val="Heading2"/>
        <w:spacing w:before="120" w:after="120"/>
        <w:rPr>
          <w:rFonts w:ascii="Aptos" w:hAnsi="Aptos"/>
          <w:color w:val="auto"/>
          <w:sz w:val="24"/>
          <w:szCs w:val="24"/>
        </w:rPr>
      </w:pPr>
      <w:r w:rsidRPr="002C4F92">
        <w:rPr>
          <w:rFonts w:ascii="Aptos" w:hAnsi="Aptos"/>
          <w:color w:val="auto"/>
          <w:sz w:val="24"/>
          <w:szCs w:val="24"/>
        </w:rPr>
        <w:t>7. Duration and Termination</w:t>
      </w:r>
    </w:p>
    <w:p w14:paraId="79D0B02A" w14:textId="77777777" w:rsidR="00376013" w:rsidRPr="002C4F92" w:rsidRDefault="002C4F92" w:rsidP="002C4F92">
      <w:pPr>
        <w:spacing w:before="120" w:after="120"/>
        <w:rPr>
          <w:rFonts w:ascii="Aptos" w:hAnsi="Aptos"/>
          <w:sz w:val="24"/>
          <w:szCs w:val="24"/>
        </w:rPr>
      </w:pPr>
      <w:r w:rsidRPr="002C4F92">
        <w:rPr>
          <w:rFonts w:ascii="Aptos" w:hAnsi="Aptos"/>
          <w:sz w:val="24"/>
          <w:szCs w:val="24"/>
        </w:rPr>
        <w:t>This agreement continues while the Contractor provides services on site. Either party may terminate this agreement with 7 days’ written notice or immediately in the event of breach of safety, welfare, or conduct policies.</w:t>
      </w:r>
    </w:p>
    <w:p w14:paraId="5603407B" w14:textId="77777777" w:rsidR="00376013" w:rsidRPr="002C4F92" w:rsidRDefault="002C4F92" w:rsidP="002C4F92">
      <w:pPr>
        <w:pStyle w:val="Heading2"/>
        <w:spacing w:before="120" w:after="120"/>
        <w:rPr>
          <w:rFonts w:ascii="Aptos" w:hAnsi="Aptos"/>
          <w:color w:val="auto"/>
          <w:sz w:val="24"/>
          <w:szCs w:val="24"/>
        </w:rPr>
      </w:pPr>
      <w:r w:rsidRPr="002C4F92">
        <w:rPr>
          <w:rFonts w:ascii="Aptos" w:hAnsi="Aptos"/>
          <w:color w:val="auto"/>
          <w:sz w:val="24"/>
          <w:szCs w:val="24"/>
        </w:rPr>
        <w:t>8. Acknowledgement and Signature</w:t>
      </w:r>
    </w:p>
    <w:p w14:paraId="55CD8706" w14:textId="77777777" w:rsidR="00376013" w:rsidRPr="002C4F92" w:rsidRDefault="002C4F92" w:rsidP="002C4F92">
      <w:pPr>
        <w:spacing w:before="120" w:after="120"/>
        <w:rPr>
          <w:rFonts w:ascii="Aptos" w:hAnsi="Aptos"/>
          <w:sz w:val="24"/>
          <w:szCs w:val="24"/>
        </w:rPr>
      </w:pPr>
      <w:r w:rsidRPr="002C4F92">
        <w:rPr>
          <w:rFonts w:ascii="Aptos" w:hAnsi="Aptos"/>
          <w:sz w:val="24"/>
          <w:szCs w:val="24"/>
        </w:rPr>
        <w:t>By signing below, both parties agree to the terms outlined above.</w:t>
      </w:r>
      <w:r w:rsidRPr="002C4F92">
        <w:rPr>
          <w:rFonts w:ascii="Aptos" w:hAnsi="Aptos"/>
          <w:sz w:val="24"/>
          <w:szCs w:val="24"/>
        </w:rPr>
        <w:br/>
      </w:r>
    </w:p>
    <w:p w14:paraId="48C1D0F0" w14:textId="2E58486C" w:rsidR="00376013" w:rsidRPr="002C4F92" w:rsidRDefault="002C4F92" w:rsidP="002C4F92">
      <w:pPr>
        <w:spacing w:before="120" w:after="120"/>
        <w:rPr>
          <w:rFonts w:ascii="Aptos" w:hAnsi="Aptos"/>
          <w:sz w:val="24"/>
          <w:szCs w:val="24"/>
        </w:rPr>
      </w:pPr>
      <w:r w:rsidRPr="002C4F92">
        <w:rPr>
          <w:rFonts w:ascii="Aptos" w:hAnsi="Aptos"/>
          <w:sz w:val="24"/>
          <w:szCs w:val="24"/>
        </w:rPr>
        <w:t>Contractor Signature: ________________________</w:t>
      </w:r>
      <w:r>
        <w:rPr>
          <w:rFonts w:ascii="Aptos" w:hAnsi="Aptos"/>
          <w:sz w:val="24"/>
          <w:szCs w:val="24"/>
        </w:rPr>
        <w:t>__________</w:t>
      </w:r>
      <w:r w:rsidRPr="002C4F92">
        <w:rPr>
          <w:rFonts w:ascii="Aptos" w:hAnsi="Aptos"/>
          <w:sz w:val="24"/>
          <w:szCs w:val="24"/>
        </w:rPr>
        <w:t xml:space="preserve">     Date: ___________</w:t>
      </w:r>
    </w:p>
    <w:p w14:paraId="4E796645" w14:textId="4AED05DE" w:rsidR="00376013" w:rsidRPr="002C4F92" w:rsidRDefault="002C4F92" w:rsidP="002C4F92">
      <w:pPr>
        <w:spacing w:before="120" w:after="120"/>
        <w:rPr>
          <w:rFonts w:ascii="Aptos" w:hAnsi="Aptos"/>
          <w:sz w:val="24"/>
          <w:szCs w:val="24"/>
        </w:rPr>
      </w:pPr>
      <w:r w:rsidRPr="002C4F92">
        <w:rPr>
          <w:rFonts w:ascii="Aptos" w:hAnsi="Aptos"/>
          <w:sz w:val="24"/>
          <w:szCs w:val="24"/>
        </w:rPr>
        <w:t xml:space="preserve">Riding </w:t>
      </w:r>
      <w:r>
        <w:rPr>
          <w:rFonts w:ascii="Aptos" w:hAnsi="Aptos"/>
          <w:sz w:val="24"/>
          <w:szCs w:val="24"/>
        </w:rPr>
        <w:t>Establishment</w:t>
      </w:r>
      <w:r w:rsidRPr="002C4F92">
        <w:rPr>
          <w:rFonts w:ascii="Aptos" w:hAnsi="Aptos"/>
          <w:sz w:val="24"/>
          <w:szCs w:val="24"/>
        </w:rPr>
        <w:t xml:space="preserve"> </w:t>
      </w:r>
      <w:proofErr w:type="gramStart"/>
      <w:r w:rsidRPr="002C4F92">
        <w:rPr>
          <w:rFonts w:ascii="Aptos" w:hAnsi="Aptos"/>
          <w:sz w:val="24"/>
          <w:szCs w:val="24"/>
        </w:rPr>
        <w:t>Representative: _</w:t>
      </w:r>
      <w:proofErr w:type="gramEnd"/>
      <w:r w:rsidRPr="002C4F92">
        <w:rPr>
          <w:rFonts w:ascii="Aptos" w:hAnsi="Aptos"/>
          <w:sz w:val="24"/>
          <w:szCs w:val="24"/>
        </w:rPr>
        <w:t>_______________</w:t>
      </w:r>
      <w:r>
        <w:rPr>
          <w:rFonts w:ascii="Aptos" w:hAnsi="Aptos"/>
          <w:sz w:val="24"/>
          <w:szCs w:val="24"/>
        </w:rPr>
        <w:t>___________</w:t>
      </w:r>
      <w:r w:rsidRPr="002C4F92">
        <w:rPr>
          <w:rFonts w:ascii="Aptos" w:hAnsi="Aptos"/>
          <w:sz w:val="24"/>
          <w:szCs w:val="24"/>
        </w:rPr>
        <w:t xml:space="preserve">     Date: ___________</w:t>
      </w:r>
    </w:p>
    <w:p w14:paraId="2255522A" w14:textId="77777777" w:rsidR="00376013" w:rsidRPr="002C4F92" w:rsidRDefault="002C4F92" w:rsidP="002C4F92">
      <w:pPr>
        <w:pStyle w:val="Heading2"/>
        <w:spacing w:before="120" w:after="120"/>
        <w:rPr>
          <w:rFonts w:ascii="Aptos" w:hAnsi="Aptos"/>
          <w:color w:val="auto"/>
          <w:sz w:val="24"/>
          <w:szCs w:val="24"/>
        </w:rPr>
      </w:pPr>
      <w:r w:rsidRPr="002C4F92">
        <w:rPr>
          <w:rFonts w:ascii="Aptos" w:hAnsi="Aptos"/>
          <w:color w:val="auto"/>
          <w:sz w:val="24"/>
          <w:szCs w:val="24"/>
        </w:rPr>
        <w:t>9. Documents to be Attached</w:t>
      </w:r>
    </w:p>
    <w:p w14:paraId="3E3DDAB7" w14:textId="5CE27D8A" w:rsidR="00376013" w:rsidRPr="002C4F92" w:rsidRDefault="002C4F92" w:rsidP="002C4F92">
      <w:pPr>
        <w:pStyle w:val="ListBullet"/>
        <w:spacing w:before="120" w:after="120"/>
        <w:rPr>
          <w:rFonts w:ascii="Aptos" w:hAnsi="Aptos"/>
          <w:sz w:val="24"/>
          <w:szCs w:val="24"/>
        </w:rPr>
      </w:pPr>
      <w:r w:rsidRPr="002C4F92">
        <w:rPr>
          <w:rFonts w:ascii="Aptos" w:hAnsi="Aptos"/>
          <w:sz w:val="24"/>
          <w:szCs w:val="24"/>
        </w:rPr>
        <w:t>Copy of current Public</w:t>
      </w:r>
      <w:r>
        <w:rPr>
          <w:rFonts w:ascii="Aptos" w:hAnsi="Aptos"/>
          <w:sz w:val="24"/>
          <w:szCs w:val="24"/>
        </w:rPr>
        <w:t xml:space="preserve"> and Product</w:t>
      </w:r>
      <w:r w:rsidRPr="002C4F92">
        <w:rPr>
          <w:rFonts w:ascii="Aptos" w:hAnsi="Aptos"/>
          <w:sz w:val="24"/>
          <w:szCs w:val="24"/>
        </w:rPr>
        <w:t xml:space="preserve"> Liability Insurance</w:t>
      </w:r>
      <w:r>
        <w:rPr>
          <w:rFonts w:ascii="Aptos" w:hAnsi="Aptos"/>
          <w:sz w:val="24"/>
          <w:szCs w:val="24"/>
        </w:rPr>
        <w:t xml:space="preserve"> (with CCC Endorsement if applicable)</w:t>
      </w:r>
    </w:p>
    <w:p w14:paraId="65FC86EE" w14:textId="77777777" w:rsidR="00376013" w:rsidRPr="002C4F92" w:rsidRDefault="002C4F92" w:rsidP="002C4F92">
      <w:pPr>
        <w:pStyle w:val="ListBullet"/>
        <w:spacing w:before="120" w:after="120"/>
        <w:rPr>
          <w:rFonts w:ascii="Aptos" w:hAnsi="Aptos"/>
          <w:sz w:val="24"/>
          <w:szCs w:val="24"/>
        </w:rPr>
      </w:pPr>
      <w:r w:rsidRPr="002C4F92">
        <w:rPr>
          <w:rFonts w:ascii="Aptos" w:hAnsi="Aptos"/>
          <w:sz w:val="24"/>
          <w:szCs w:val="24"/>
        </w:rPr>
        <w:t>Copy of professional qualification(s) or licence</w:t>
      </w:r>
    </w:p>
    <w:p w14:paraId="23D13A3F" w14:textId="75DE6A39" w:rsidR="00376013" w:rsidRDefault="002C4F92" w:rsidP="002C4F92">
      <w:pPr>
        <w:pStyle w:val="ListBullet"/>
        <w:spacing w:before="120" w:after="120"/>
        <w:rPr>
          <w:rFonts w:ascii="Aptos" w:hAnsi="Aptos"/>
          <w:sz w:val="24"/>
          <w:szCs w:val="24"/>
        </w:rPr>
      </w:pPr>
      <w:r w:rsidRPr="002C4F92">
        <w:rPr>
          <w:rFonts w:ascii="Aptos" w:hAnsi="Aptos"/>
          <w:sz w:val="24"/>
          <w:szCs w:val="24"/>
        </w:rPr>
        <w:t xml:space="preserve">Copy of enhanced DBS </w:t>
      </w:r>
      <w:r>
        <w:rPr>
          <w:rFonts w:ascii="Aptos" w:hAnsi="Aptos"/>
          <w:sz w:val="24"/>
          <w:szCs w:val="24"/>
        </w:rPr>
        <w:t xml:space="preserve">with Barred Lists </w:t>
      </w:r>
      <w:r w:rsidRPr="002C4F92">
        <w:rPr>
          <w:rFonts w:ascii="Aptos" w:hAnsi="Aptos"/>
          <w:sz w:val="24"/>
          <w:szCs w:val="24"/>
        </w:rPr>
        <w:t>(if applicable)</w:t>
      </w:r>
    </w:p>
    <w:p w14:paraId="7A7ED718" w14:textId="21FDEDC4" w:rsidR="002C4F92" w:rsidRPr="002C4F92" w:rsidRDefault="002C4F92" w:rsidP="002C4F92">
      <w:pPr>
        <w:pStyle w:val="ListBullet"/>
        <w:spacing w:before="120" w:after="12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Copy of Safeguarding Training Certificate</w:t>
      </w:r>
    </w:p>
    <w:p w14:paraId="2CB437F0" w14:textId="77777777" w:rsidR="00376013" w:rsidRPr="002C4F92" w:rsidRDefault="002C4F92" w:rsidP="002C4F92">
      <w:pPr>
        <w:pStyle w:val="ListBullet"/>
        <w:spacing w:before="120" w:after="120"/>
        <w:rPr>
          <w:rFonts w:ascii="Aptos" w:hAnsi="Aptos"/>
          <w:sz w:val="24"/>
          <w:szCs w:val="24"/>
        </w:rPr>
      </w:pPr>
      <w:r w:rsidRPr="002C4F92">
        <w:rPr>
          <w:rFonts w:ascii="Aptos" w:hAnsi="Aptos"/>
          <w:sz w:val="24"/>
          <w:szCs w:val="24"/>
        </w:rPr>
        <w:t>Risk assessment (if relevant)</w:t>
      </w:r>
    </w:p>
    <w:sectPr w:rsidR="00376013" w:rsidRPr="002C4F92" w:rsidSect="002C4F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5657C" w14:textId="77777777" w:rsidR="002C4F92" w:rsidRDefault="002C4F92" w:rsidP="002C4F92">
      <w:pPr>
        <w:spacing w:after="0" w:line="240" w:lineRule="auto"/>
      </w:pPr>
      <w:r>
        <w:separator/>
      </w:r>
    </w:p>
  </w:endnote>
  <w:endnote w:type="continuationSeparator" w:id="0">
    <w:p w14:paraId="1259ED40" w14:textId="77777777" w:rsidR="002C4F92" w:rsidRDefault="002C4F92" w:rsidP="002C4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1CEDE" w14:textId="77777777" w:rsidR="002C4F92" w:rsidRDefault="002C4F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3619316"/>
      <w:docPartObj>
        <w:docPartGallery w:val="Page Numbers (Bottom of Page)"/>
        <w:docPartUnique/>
      </w:docPartObj>
    </w:sdtPr>
    <w:sdtContent>
      <w:p w14:paraId="22485B15" w14:textId="338C6E3F" w:rsidR="002C4F92" w:rsidRDefault="002C4F92">
        <w:pPr>
          <w:pStyle w:val="Footer"/>
          <w:jc w:val="center"/>
        </w:pPr>
        <w:r>
          <w:rPr>
            <w:rFonts w:ascii="Aptos" w:hAnsi="Aptos"/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D6E2F32" wp14:editId="47D04400">
                  <wp:simplePos x="0" y="0"/>
                  <wp:positionH relativeFrom="column">
                    <wp:posOffset>5886450</wp:posOffset>
                  </wp:positionH>
                  <wp:positionV relativeFrom="paragraph">
                    <wp:posOffset>-37465</wp:posOffset>
                  </wp:positionV>
                  <wp:extent cx="647700" cy="342900"/>
                  <wp:effectExtent l="0" t="0" r="0" b="0"/>
                  <wp:wrapNone/>
                  <wp:docPr id="613218270" name="Text Box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47700" cy="342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5D3472D" w14:textId="7440166C" w:rsidR="002C4F92" w:rsidRPr="002C4F92" w:rsidRDefault="002C4F92">
                              <w:pPr>
                                <w:rPr>
                                  <w:rFonts w:ascii="Aptos" w:hAnsi="Aptos"/>
                                </w:rPr>
                              </w:pPr>
                              <w:r w:rsidRPr="002C4F92">
                                <w:rPr>
                                  <w:rFonts w:ascii="Aptos" w:hAnsi="Aptos"/>
                                </w:rPr>
                                <w:t>Nov 25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2D6E2F32"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6" type="#_x0000_t202" style="position:absolute;left:0;text-align:left;margin-left:463.5pt;margin-top:-2.95pt;width:51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" fillcolor="white [3201]" stroked="f" strokeweight=".5pt">
                  <v:textbox>
                    <w:txbxContent>
                      <w:p w14:paraId="65D3472D" w14:textId="7440166C" w:rsidR="002C4F92" w:rsidRPr="002C4F92" w:rsidRDefault="002C4F92">
                        <w:pPr>
                          <w:rPr>
                            <w:rFonts w:ascii="Aptos" w:hAnsi="Aptos"/>
                          </w:rPr>
                        </w:pPr>
                        <w:r w:rsidRPr="002C4F92">
                          <w:rPr>
                            <w:rFonts w:ascii="Aptos" w:hAnsi="Aptos"/>
                          </w:rPr>
                          <w:t>Nov 25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2C4F92">
          <w:rPr>
            <w:rFonts w:ascii="Aptos" w:hAnsi="Aptos"/>
          </w:rPr>
          <w:fldChar w:fldCharType="begin"/>
        </w:r>
        <w:r w:rsidRPr="002C4F92">
          <w:rPr>
            <w:rFonts w:ascii="Aptos" w:hAnsi="Aptos"/>
          </w:rPr>
          <w:instrText>PAGE   \* MERGEFORMAT</w:instrText>
        </w:r>
        <w:r w:rsidRPr="002C4F92">
          <w:rPr>
            <w:rFonts w:ascii="Aptos" w:hAnsi="Aptos"/>
          </w:rPr>
          <w:fldChar w:fldCharType="separate"/>
        </w:r>
        <w:r w:rsidRPr="002C4F92">
          <w:rPr>
            <w:rFonts w:ascii="Aptos" w:hAnsi="Aptos"/>
            <w:lang w:val="en-GB"/>
          </w:rPr>
          <w:t>2</w:t>
        </w:r>
        <w:r w:rsidRPr="002C4F92">
          <w:rPr>
            <w:rFonts w:ascii="Aptos" w:hAnsi="Aptos"/>
          </w:rPr>
          <w:fldChar w:fldCharType="end"/>
        </w:r>
      </w:p>
    </w:sdtContent>
  </w:sdt>
  <w:p w14:paraId="59DA1F53" w14:textId="77777777" w:rsidR="002C4F92" w:rsidRDefault="002C4F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8FA54" w14:textId="77777777" w:rsidR="002C4F92" w:rsidRDefault="002C4F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2A1E7" w14:textId="77777777" w:rsidR="002C4F92" w:rsidRDefault="002C4F92" w:rsidP="002C4F92">
      <w:pPr>
        <w:spacing w:after="0" w:line="240" w:lineRule="auto"/>
      </w:pPr>
      <w:r>
        <w:separator/>
      </w:r>
    </w:p>
  </w:footnote>
  <w:footnote w:type="continuationSeparator" w:id="0">
    <w:p w14:paraId="49C567B4" w14:textId="77777777" w:rsidR="002C4F92" w:rsidRDefault="002C4F92" w:rsidP="002C4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DFB1F" w14:textId="77777777" w:rsidR="002C4F92" w:rsidRDefault="002C4F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BC0A0" w14:textId="77777777" w:rsidR="002C4F92" w:rsidRDefault="002C4F9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E1F5E" w14:textId="77777777" w:rsidR="002C4F92" w:rsidRDefault="002C4F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2281118">
    <w:abstractNumId w:val="8"/>
  </w:num>
  <w:num w:numId="2" w16cid:durableId="2094665243">
    <w:abstractNumId w:val="6"/>
  </w:num>
  <w:num w:numId="3" w16cid:durableId="117188705">
    <w:abstractNumId w:val="5"/>
  </w:num>
  <w:num w:numId="4" w16cid:durableId="1902599570">
    <w:abstractNumId w:val="4"/>
  </w:num>
  <w:num w:numId="5" w16cid:durableId="1121607678">
    <w:abstractNumId w:val="7"/>
  </w:num>
  <w:num w:numId="6" w16cid:durableId="1330792937">
    <w:abstractNumId w:val="3"/>
  </w:num>
  <w:num w:numId="7" w16cid:durableId="1277324332">
    <w:abstractNumId w:val="2"/>
  </w:num>
  <w:num w:numId="8" w16cid:durableId="56242690">
    <w:abstractNumId w:val="1"/>
  </w:num>
  <w:num w:numId="9" w16cid:durableId="161163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C4F92"/>
    <w:rsid w:val="00326F90"/>
    <w:rsid w:val="00376013"/>
    <w:rsid w:val="009C6AD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EA5C65F"/>
  <w14:defaultImageDpi w14:val="300"/>
  <w15:docId w15:val="{B1DB2B4C-DE56-40D3-8D59-4BCB64B4F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512</Words>
  <Characters>3177</Characters>
  <Application>Microsoft Office Word</Application>
  <DocSecurity>0</DocSecurity>
  <Lines>73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George Baber</cp:lastModifiedBy>
  <cp:revision>2</cp:revision>
  <dcterms:created xsi:type="dcterms:W3CDTF">2025-11-07T14:08:00Z</dcterms:created>
  <dcterms:modified xsi:type="dcterms:W3CDTF">2025-11-07T14:08:00Z</dcterms:modified>
  <cp:category/>
</cp:coreProperties>
</file>