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90FBA" w14:textId="77777777" w:rsidR="00D4417C" w:rsidRDefault="00D4417C" w:rsidP="00D4417C">
      <w:pPr>
        <w:pStyle w:val="Heading1"/>
        <w:spacing w:before="120" w:after="120"/>
        <w:rPr>
          <w:rFonts w:ascii="Aptos" w:hAnsi="Aptos"/>
          <w:color w:val="000000" w:themeColor="text1"/>
          <w:sz w:val="40"/>
          <w:szCs w:val="40"/>
        </w:rPr>
      </w:pPr>
    </w:p>
    <w:p w14:paraId="197DFD4A" w14:textId="679D2FA1" w:rsidR="00533DAA" w:rsidRPr="00D4417C" w:rsidRDefault="007260B9" w:rsidP="00D4417C">
      <w:pPr>
        <w:pStyle w:val="Heading1"/>
        <w:spacing w:before="120" w:after="120"/>
        <w:rPr>
          <w:rFonts w:ascii="Aptos" w:hAnsi="Aptos"/>
          <w:color w:val="000000" w:themeColor="text1"/>
          <w:sz w:val="40"/>
          <w:szCs w:val="40"/>
        </w:rPr>
      </w:pPr>
      <w:r w:rsidRPr="00D4417C">
        <w:rPr>
          <w:rFonts w:ascii="Aptos" w:hAnsi="Aptos"/>
          <w:color w:val="000000" w:themeColor="text1"/>
          <w:sz w:val="40"/>
          <w:szCs w:val="40"/>
        </w:rPr>
        <w:t>Horse Details Form</w:t>
      </w:r>
    </w:p>
    <w:p w14:paraId="4871FF6F" w14:textId="5A3C116C" w:rsidR="00533DAA" w:rsidRPr="00D4417C" w:rsidRDefault="007260B9" w:rsidP="00D4417C">
      <w:pPr>
        <w:pStyle w:val="Heading2"/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D4417C">
        <w:rPr>
          <w:rFonts w:ascii="Aptos" w:hAnsi="Aptos"/>
          <w:color w:val="000000" w:themeColor="text1"/>
          <w:sz w:val="24"/>
          <w:szCs w:val="24"/>
        </w:rPr>
        <w:t>Section 1</w:t>
      </w:r>
      <w:r w:rsidR="00D4417C" w:rsidRPr="00D4417C">
        <w:rPr>
          <w:rFonts w:ascii="Aptos" w:hAnsi="Aptos"/>
          <w:color w:val="000000" w:themeColor="text1"/>
          <w:sz w:val="24"/>
          <w:szCs w:val="24"/>
        </w:rPr>
        <w:t xml:space="preserve"> </w:t>
      </w:r>
      <w:r>
        <w:rPr>
          <w:rFonts w:ascii="Aptos" w:hAnsi="Aptos"/>
          <w:color w:val="000000" w:themeColor="text1"/>
          <w:sz w:val="24"/>
          <w:szCs w:val="24"/>
        </w:rPr>
        <w:t>–</w:t>
      </w:r>
      <w:r w:rsidR="00D4417C">
        <w:rPr>
          <w:rFonts w:ascii="Aptos" w:hAnsi="Aptos"/>
          <w:color w:val="000000" w:themeColor="text1"/>
          <w:sz w:val="24"/>
          <w:szCs w:val="24"/>
        </w:rPr>
        <w:t xml:space="preserve"> </w:t>
      </w:r>
      <w:r>
        <w:rPr>
          <w:rFonts w:ascii="Aptos" w:hAnsi="Aptos"/>
          <w:color w:val="000000" w:themeColor="text1"/>
          <w:sz w:val="24"/>
          <w:szCs w:val="24"/>
        </w:rPr>
        <w:t>Horse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58"/>
        <w:gridCol w:w="5670"/>
      </w:tblGrid>
      <w:tr w:rsidR="00D4417C" w:rsidRPr="00D4417C" w14:paraId="04D6A851" w14:textId="60D83EA6" w:rsidTr="007260B9">
        <w:trPr>
          <w:trHeight w:val="576"/>
        </w:trPr>
        <w:tc>
          <w:tcPr>
            <w:tcW w:w="4158" w:type="dxa"/>
          </w:tcPr>
          <w:p w14:paraId="651C2C26" w14:textId="5D1627BF" w:rsidR="00D4417C" w:rsidRPr="00D4417C" w:rsidRDefault="00D4417C" w:rsidP="007260B9">
            <w:pPr>
              <w:pStyle w:val="ListBullet"/>
              <w:numPr>
                <w:ilvl w:val="0"/>
                <w:numId w:val="0"/>
              </w:numPr>
              <w:spacing w:before="120" w:after="120" w:line="276" w:lineRule="auto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D4417C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Horse’s Name  </w:t>
            </w:r>
          </w:p>
        </w:tc>
        <w:tc>
          <w:tcPr>
            <w:tcW w:w="5670" w:type="dxa"/>
          </w:tcPr>
          <w:p w14:paraId="62E83F51" w14:textId="77777777" w:rsidR="00D4417C" w:rsidRPr="00D4417C" w:rsidRDefault="00D4417C" w:rsidP="007260B9">
            <w:pPr>
              <w:pStyle w:val="ListBullet"/>
              <w:numPr>
                <w:ilvl w:val="0"/>
                <w:numId w:val="0"/>
              </w:numPr>
              <w:spacing w:before="120" w:after="120" w:line="276" w:lineRule="auto"/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  <w:tr w:rsidR="00D4417C" w:rsidRPr="00D4417C" w14:paraId="417136C1" w14:textId="02D1FE8A" w:rsidTr="007260B9">
        <w:trPr>
          <w:trHeight w:val="576"/>
        </w:trPr>
        <w:tc>
          <w:tcPr>
            <w:tcW w:w="4158" w:type="dxa"/>
          </w:tcPr>
          <w:p w14:paraId="3A03DE3A" w14:textId="2E8DB13D" w:rsidR="00D4417C" w:rsidRPr="00D4417C" w:rsidRDefault="00D4417C" w:rsidP="007260B9">
            <w:pPr>
              <w:pStyle w:val="ListBullet"/>
              <w:numPr>
                <w:ilvl w:val="0"/>
                <w:numId w:val="0"/>
              </w:numPr>
              <w:spacing w:before="120" w:after="120" w:line="276" w:lineRule="auto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D4417C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Stable Name  </w:t>
            </w:r>
          </w:p>
        </w:tc>
        <w:tc>
          <w:tcPr>
            <w:tcW w:w="5670" w:type="dxa"/>
          </w:tcPr>
          <w:p w14:paraId="4D1EAE20" w14:textId="77777777" w:rsidR="00D4417C" w:rsidRPr="00D4417C" w:rsidRDefault="00D4417C" w:rsidP="007260B9">
            <w:pPr>
              <w:pStyle w:val="ListBullet"/>
              <w:numPr>
                <w:ilvl w:val="0"/>
                <w:numId w:val="0"/>
              </w:numPr>
              <w:spacing w:before="120" w:after="120" w:line="276" w:lineRule="auto"/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  <w:tr w:rsidR="00D4417C" w:rsidRPr="00D4417C" w14:paraId="6D1B3C49" w14:textId="2D0AF219" w:rsidTr="007260B9">
        <w:trPr>
          <w:trHeight w:val="576"/>
        </w:trPr>
        <w:tc>
          <w:tcPr>
            <w:tcW w:w="4158" w:type="dxa"/>
          </w:tcPr>
          <w:p w14:paraId="2F4E623B" w14:textId="6CB99B88" w:rsidR="00D4417C" w:rsidRPr="00D4417C" w:rsidRDefault="00D4417C" w:rsidP="007260B9">
            <w:pPr>
              <w:pStyle w:val="ListBullet"/>
              <w:numPr>
                <w:ilvl w:val="0"/>
                <w:numId w:val="0"/>
              </w:numPr>
              <w:spacing w:before="120" w:after="120" w:line="276" w:lineRule="auto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D4417C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Breed / Type  </w:t>
            </w:r>
          </w:p>
        </w:tc>
        <w:tc>
          <w:tcPr>
            <w:tcW w:w="5670" w:type="dxa"/>
          </w:tcPr>
          <w:p w14:paraId="17F665DA" w14:textId="77777777" w:rsidR="00D4417C" w:rsidRPr="00D4417C" w:rsidRDefault="00D4417C" w:rsidP="007260B9">
            <w:pPr>
              <w:pStyle w:val="ListBullet"/>
              <w:numPr>
                <w:ilvl w:val="0"/>
                <w:numId w:val="0"/>
              </w:numPr>
              <w:spacing w:before="120" w:after="120" w:line="276" w:lineRule="auto"/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  <w:tr w:rsidR="00D4417C" w:rsidRPr="00D4417C" w14:paraId="070C9ADB" w14:textId="62AE1B95" w:rsidTr="007260B9">
        <w:trPr>
          <w:trHeight w:val="576"/>
        </w:trPr>
        <w:tc>
          <w:tcPr>
            <w:tcW w:w="4158" w:type="dxa"/>
          </w:tcPr>
          <w:p w14:paraId="48E4A7F7" w14:textId="74E561A4" w:rsidR="00D4417C" w:rsidRPr="00D4417C" w:rsidRDefault="00D4417C" w:rsidP="007260B9">
            <w:pPr>
              <w:pStyle w:val="ListBullet"/>
              <w:numPr>
                <w:ilvl w:val="0"/>
                <w:numId w:val="0"/>
              </w:numPr>
              <w:spacing w:before="120" w:after="120" w:line="276" w:lineRule="auto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D4417C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Sex (Mare / Gelding / Stallion)  </w:t>
            </w:r>
          </w:p>
        </w:tc>
        <w:tc>
          <w:tcPr>
            <w:tcW w:w="5670" w:type="dxa"/>
          </w:tcPr>
          <w:p w14:paraId="4C651698" w14:textId="77777777" w:rsidR="00D4417C" w:rsidRPr="00D4417C" w:rsidRDefault="00D4417C" w:rsidP="007260B9">
            <w:pPr>
              <w:pStyle w:val="ListBullet"/>
              <w:numPr>
                <w:ilvl w:val="0"/>
                <w:numId w:val="0"/>
              </w:numPr>
              <w:spacing w:before="120" w:after="120" w:line="276" w:lineRule="auto"/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  <w:tr w:rsidR="00D4417C" w:rsidRPr="00D4417C" w14:paraId="798A7ED3" w14:textId="5D209B89" w:rsidTr="007260B9">
        <w:trPr>
          <w:trHeight w:val="576"/>
        </w:trPr>
        <w:tc>
          <w:tcPr>
            <w:tcW w:w="4158" w:type="dxa"/>
          </w:tcPr>
          <w:p w14:paraId="099D7B29" w14:textId="089ED9C2" w:rsidR="00D4417C" w:rsidRPr="00D4417C" w:rsidRDefault="00D4417C" w:rsidP="007260B9">
            <w:pPr>
              <w:pStyle w:val="ListBullet"/>
              <w:numPr>
                <w:ilvl w:val="0"/>
                <w:numId w:val="0"/>
              </w:numPr>
              <w:spacing w:before="120" w:after="120" w:line="276" w:lineRule="auto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proofErr w:type="spellStart"/>
            <w:r w:rsidRPr="00D4417C">
              <w:rPr>
                <w:rFonts w:ascii="Aptos" w:hAnsi="Aptos"/>
                <w:color w:val="000000" w:themeColor="text1"/>
                <w:sz w:val="24"/>
                <w:szCs w:val="24"/>
              </w:rPr>
              <w:t>Colour</w:t>
            </w:r>
            <w:proofErr w:type="spellEnd"/>
            <w:r w:rsidRPr="00D4417C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&amp; Markings  </w:t>
            </w:r>
          </w:p>
        </w:tc>
        <w:tc>
          <w:tcPr>
            <w:tcW w:w="5670" w:type="dxa"/>
          </w:tcPr>
          <w:p w14:paraId="46FBBA33" w14:textId="77777777" w:rsidR="00D4417C" w:rsidRPr="00D4417C" w:rsidRDefault="00D4417C" w:rsidP="007260B9">
            <w:pPr>
              <w:pStyle w:val="ListBullet"/>
              <w:numPr>
                <w:ilvl w:val="0"/>
                <w:numId w:val="0"/>
              </w:numPr>
              <w:spacing w:before="120" w:after="120" w:line="276" w:lineRule="auto"/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  <w:tr w:rsidR="00D4417C" w:rsidRPr="00D4417C" w14:paraId="490FD1EE" w14:textId="422311CA" w:rsidTr="007260B9">
        <w:trPr>
          <w:trHeight w:val="576"/>
        </w:trPr>
        <w:tc>
          <w:tcPr>
            <w:tcW w:w="4158" w:type="dxa"/>
          </w:tcPr>
          <w:p w14:paraId="513067ED" w14:textId="1F106E3D" w:rsidR="00D4417C" w:rsidRPr="00D4417C" w:rsidRDefault="00D4417C" w:rsidP="007260B9">
            <w:pPr>
              <w:pStyle w:val="ListBullet"/>
              <w:numPr>
                <w:ilvl w:val="0"/>
                <w:numId w:val="0"/>
              </w:numPr>
              <w:spacing w:before="120" w:after="120" w:line="276" w:lineRule="auto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D4417C">
              <w:rPr>
                <w:rFonts w:ascii="Aptos" w:hAnsi="Aptos"/>
                <w:color w:val="000000" w:themeColor="text1"/>
                <w:sz w:val="24"/>
                <w:szCs w:val="24"/>
              </w:rPr>
              <w:t>Height (</w:t>
            </w:r>
            <w:proofErr w:type="spellStart"/>
            <w:r w:rsidRPr="00D4417C">
              <w:rPr>
                <w:rFonts w:ascii="Aptos" w:hAnsi="Aptos"/>
                <w:color w:val="000000" w:themeColor="text1"/>
                <w:sz w:val="24"/>
                <w:szCs w:val="24"/>
              </w:rPr>
              <w:t>hh</w:t>
            </w:r>
            <w:proofErr w:type="spellEnd"/>
            <w:r w:rsidRPr="00D4417C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)  </w:t>
            </w:r>
          </w:p>
        </w:tc>
        <w:tc>
          <w:tcPr>
            <w:tcW w:w="5670" w:type="dxa"/>
          </w:tcPr>
          <w:p w14:paraId="566E555D" w14:textId="77777777" w:rsidR="00D4417C" w:rsidRPr="00D4417C" w:rsidRDefault="00D4417C" w:rsidP="007260B9">
            <w:pPr>
              <w:pStyle w:val="ListBullet"/>
              <w:numPr>
                <w:ilvl w:val="0"/>
                <w:numId w:val="0"/>
              </w:numPr>
              <w:spacing w:before="120" w:after="120" w:line="276" w:lineRule="auto"/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  <w:tr w:rsidR="00D4417C" w:rsidRPr="00D4417C" w14:paraId="26A42431" w14:textId="61CDA899" w:rsidTr="007260B9">
        <w:trPr>
          <w:trHeight w:val="576"/>
        </w:trPr>
        <w:tc>
          <w:tcPr>
            <w:tcW w:w="4158" w:type="dxa"/>
          </w:tcPr>
          <w:p w14:paraId="7EF56156" w14:textId="46C19BE5" w:rsidR="00D4417C" w:rsidRPr="00D4417C" w:rsidRDefault="00D4417C" w:rsidP="007260B9">
            <w:pPr>
              <w:pStyle w:val="ListBullet"/>
              <w:numPr>
                <w:ilvl w:val="0"/>
                <w:numId w:val="0"/>
              </w:numPr>
              <w:spacing w:before="120" w:after="120" w:line="276" w:lineRule="auto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D4417C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Date of Birth (or Approx. Age)  </w:t>
            </w:r>
          </w:p>
        </w:tc>
        <w:tc>
          <w:tcPr>
            <w:tcW w:w="5670" w:type="dxa"/>
          </w:tcPr>
          <w:p w14:paraId="29C9F14A" w14:textId="77777777" w:rsidR="00D4417C" w:rsidRPr="00D4417C" w:rsidRDefault="00D4417C" w:rsidP="007260B9">
            <w:pPr>
              <w:pStyle w:val="ListBullet"/>
              <w:numPr>
                <w:ilvl w:val="0"/>
                <w:numId w:val="0"/>
              </w:numPr>
              <w:spacing w:before="120" w:after="120" w:line="276" w:lineRule="auto"/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  <w:tr w:rsidR="007260B9" w:rsidRPr="00D4417C" w14:paraId="4FCB0AF2" w14:textId="77777777" w:rsidTr="007260B9">
        <w:trPr>
          <w:trHeight w:val="576"/>
        </w:trPr>
        <w:tc>
          <w:tcPr>
            <w:tcW w:w="4158" w:type="dxa"/>
          </w:tcPr>
          <w:p w14:paraId="17547C23" w14:textId="277168E9" w:rsidR="007260B9" w:rsidRPr="00D4417C" w:rsidRDefault="007260B9" w:rsidP="007260B9">
            <w:pPr>
              <w:pStyle w:val="ListBullet"/>
              <w:numPr>
                <w:ilvl w:val="0"/>
                <w:numId w:val="0"/>
              </w:numPr>
              <w:spacing w:before="120" w:after="120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>
              <w:rPr>
                <w:rFonts w:ascii="Aptos" w:hAnsi="Aptos"/>
                <w:color w:val="000000" w:themeColor="text1"/>
                <w:sz w:val="24"/>
                <w:szCs w:val="24"/>
              </w:rPr>
              <w:t>Passport Issuing Organisation</w:t>
            </w:r>
          </w:p>
        </w:tc>
        <w:tc>
          <w:tcPr>
            <w:tcW w:w="5670" w:type="dxa"/>
          </w:tcPr>
          <w:p w14:paraId="1F2B00D1" w14:textId="77777777" w:rsidR="007260B9" w:rsidRPr="00D4417C" w:rsidRDefault="007260B9" w:rsidP="007260B9">
            <w:pPr>
              <w:pStyle w:val="ListBullet"/>
              <w:numPr>
                <w:ilvl w:val="0"/>
                <w:numId w:val="0"/>
              </w:numPr>
              <w:spacing w:before="120" w:after="120"/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  <w:tr w:rsidR="00D4417C" w:rsidRPr="00D4417C" w14:paraId="5177BEC9" w14:textId="433A7973" w:rsidTr="007260B9">
        <w:trPr>
          <w:trHeight w:val="576"/>
        </w:trPr>
        <w:tc>
          <w:tcPr>
            <w:tcW w:w="4158" w:type="dxa"/>
          </w:tcPr>
          <w:p w14:paraId="020D40B3" w14:textId="7E30132D" w:rsidR="00D4417C" w:rsidRPr="00D4417C" w:rsidRDefault="007260B9" w:rsidP="007260B9">
            <w:pPr>
              <w:pStyle w:val="ListBullet"/>
              <w:numPr>
                <w:ilvl w:val="0"/>
                <w:numId w:val="0"/>
              </w:numPr>
              <w:spacing w:before="120" w:after="120" w:line="276" w:lineRule="auto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7260B9">
              <w:rPr>
                <w:rFonts w:ascii="Aptos" w:hAnsi="Aptos"/>
                <w:color w:val="000000" w:themeColor="text1"/>
                <w:sz w:val="24"/>
                <w:szCs w:val="24"/>
              </w:rPr>
              <w:t>Unique ID Number</w:t>
            </w:r>
            <w:r w:rsidR="00D4417C" w:rsidRPr="00D4417C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14:paraId="35521B40" w14:textId="77777777" w:rsidR="00D4417C" w:rsidRPr="00D4417C" w:rsidRDefault="00D4417C" w:rsidP="007260B9">
            <w:pPr>
              <w:pStyle w:val="ListBullet"/>
              <w:numPr>
                <w:ilvl w:val="0"/>
                <w:numId w:val="0"/>
              </w:numPr>
              <w:spacing w:before="120" w:after="120" w:line="276" w:lineRule="auto"/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  <w:tr w:rsidR="00D4417C" w:rsidRPr="00D4417C" w14:paraId="7B57216C" w14:textId="29EC445D" w:rsidTr="007260B9">
        <w:trPr>
          <w:trHeight w:val="576"/>
        </w:trPr>
        <w:tc>
          <w:tcPr>
            <w:tcW w:w="4158" w:type="dxa"/>
          </w:tcPr>
          <w:p w14:paraId="79DF01DB" w14:textId="3252EECF" w:rsidR="00D4417C" w:rsidRPr="00D4417C" w:rsidRDefault="00D4417C" w:rsidP="007260B9">
            <w:pPr>
              <w:pStyle w:val="ListBullet"/>
              <w:numPr>
                <w:ilvl w:val="0"/>
                <w:numId w:val="0"/>
              </w:numPr>
              <w:spacing w:before="120" w:after="120" w:line="276" w:lineRule="auto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D4417C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Microchip Number  </w:t>
            </w:r>
          </w:p>
        </w:tc>
        <w:tc>
          <w:tcPr>
            <w:tcW w:w="5670" w:type="dxa"/>
          </w:tcPr>
          <w:p w14:paraId="68075CA7" w14:textId="77777777" w:rsidR="00D4417C" w:rsidRPr="00D4417C" w:rsidRDefault="00D4417C" w:rsidP="007260B9">
            <w:pPr>
              <w:pStyle w:val="ListBullet"/>
              <w:numPr>
                <w:ilvl w:val="0"/>
                <w:numId w:val="0"/>
              </w:numPr>
              <w:spacing w:before="120" w:after="120" w:line="276" w:lineRule="auto"/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</w:tbl>
    <w:p w14:paraId="5C890E81" w14:textId="38B568CB" w:rsidR="007260B9" w:rsidRDefault="007260B9" w:rsidP="00D4417C">
      <w:pPr>
        <w:pStyle w:val="Heading2"/>
        <w:spacing w:before="240" w:after="120"/>
        <w:rPr>
          <w:rFonts w:ascii="Aptos" w:hAnsi="Aptos"/>
          <w:color w:val="000000" w:themeColor="text1"/>
          <w:sz w:val="24"/>
          <w:szCs w:val="24"/>
        </w:rPr>
      </w:pPr>
      <w:r w:rsidRPr="007260B9">
        <w:rPr>
          <w:rFonts w:ascii="Aptos" w:hAnsi="Aptos"/>
          <w:color w:val="000000" w:themeColor="text1"/>
          <w:sz w:val="24"/>
          <w:szCs w:val="24"/>
        </w:rPr>
        <w:t xml:space="preserve">Section 2 </w:t>
      </w:r>
      <w:r>
        <w:rPr>
          <w:rFonts w:ascii="Aptos" w:hAnsi="Aptos"/>
          <w:color w:val="000000" w:themeColor="text1"/>
          <w:sz w:val="24"/>
          <w:szCs w:val="24"/>
        </w:rPr>
        <w:t>–</w:t>
      </w:r>
      <w:r w:rsidRPr="007260B9">
        <w:rPr>
          <w:rFonts w:ascii="Aptos" w:hAnsi="Aptos"/>
          <w:color w:val="000000" w:themeColor="text1"/>
          <w:sz w:val="24"/>
          <w:szCs w:val="24"/>
        </w:rPr>
        <w:t xml:space="preserve"> </w:t>
      </w:r>
      <w:r>
        <w:rPr>
          <w:rFonts w:ascii="Aptos" w:hAnsi="Aptos"/>
          <w:color w:val="000000" w:themeColor="text1"/>
          <w:sz w:val="24"/>
          <w:szCs w:val="24"/>
        </w:rPr>
        <w:t>Owner Details</w:t>
      </w:r>
      <w:r w:rsidRPr="007260B9">
        <w:rPr>
          <w:rFonts w:ascii="Aptos" w:hAnsi="Aptos"/>
          <w:color w:val="000000" w:themeColor="text1"/>
          <w:sz w:val="24"/>
          <w:szCs w:val="24"/>
        </w:rPr>
        <w:t xml:space="preserve"> (for Livery Horses)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58"/>
        <w:gridCol w:w="5670"/>
      </w:tblGrid>
      <w:tr w:rsidR="007260B9" w:rsidRPr="00D4417C" w14:paraId="1F58FEA3" w14:textId="77777777" w:rsidTr="007260B9">
        <w:trPr>
          <w:trHeight w:val="576"/>
        </w:trPr>
        <w:tc>
          <w:tcPr>
            <w:tcW w:w="4158" w:type="dxa"/>
          </w:tcPr>
          <w:p w14:paraId="36ABAD2E" w14:textId="77777777" w:rsidR="007260B9" w:rsidRPr="00D4417C" w:rsidRDefault="007260B9" w:rsidP="0042293C">
            <w:pPr>
              <w:pStyle w:val="ListBullet"/>
              <w:numPr>
                <w:ilvl w:val="0"/>
                <w:numId w:val="0"/>
              </w:numPr>
              <w:spacing w:before="120" w:after="120" w:line="276" w:lineRule="auto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D4417C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Owner’s Name  </w:t>
            </w:r>
          </w:p>
        </w:tc>
        <w:tc>
          <w:tcPr>
            <w:tcW w:w="5670" w:type="dxa"/>
          </w:tcPr>
          <w:p w14:paraId="731FA064" w14:textId="77777777" w:rsidR="007260B9" w:rsidRPr="00D4417C" w:rsidRDefault="007260B9" w:rsidP="0042293C">
            <w:pPr>
              <w:pStyle w:val="ListBullet"/>
              <w:numPr>
                <w:ilvl w:val="0"/>
                <w:numId w:val="0"/>
              </w:numPr>
              <w:spacing w:before="120" w:after="120" w:line="276" w:lineRule="auto"/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  <w:tr w:rsidR="007260B9" w:rsidRPr="00D4417C" w14:paraId="64DD941A" w14:textId="77777777" w:rsidTr="007260B9">
        <w:trPr>
          <w:trHeight w:val="576"/>
        </w:trPr>
        <w:tc>
          <w:tcPr>
            <w:tcW w:w="4158" w:type="dxa"/>
          </w:tcPr>
          <w:p w14:paraId="315077B9" w14:textId="5C749B19" w:rsidR="007260B9" w:rsidRPr="00D4417C" w:rsidRDefault="007260B9" w:rsidP="0042293C">
            <w:pPr>
              <w:pStyle w:val="ListBullet"/>
              <w:numPr>
                <w:ilvl w:val="0"/>
                <w:numId w:val="0"/>
              </w:numPr>
              <w:spacing w:before="120" w:after="120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>
              <w:rPr>
                <w:rFonts w:ascii="Aptos" w:hAnsi="Aptos"/>
                <w:color w:val="000000" w:themeColor="text1"/>
                <w:sz w:val="24"/>
                <w:szCs w:val="24"/>
              </w:rPr>
              <w:t>Owner’s Home Address</w:t>
            </w:r>
          </w:p>
        </w:tc>
        <w:tc>
          <w:tcPr>
            <w:tcW w:w="5670" w:type="dxa"/>
          </w:tcPr>
          <w:p w14:paraId="770DBB76" w14:textId="77777777" w:rsidR="007260B9" w:rsidRPr="00D4417C" w:rsidRDefault="007260B9" w:rsidP="0042293C">
            <w:pPr>
              <w:pStyle w:val="ListBullet"/>
              <w:numPr>
                <w:ilvl w:val="0"/>
                <w:numId w:val="0"/>
              </w:numPr>
              <w:spacing w:before="120" w:after="120"/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  <w:tr w:rsidR="007260B9" w:rsidRPr="00D4417C" w14:paraId="515C095A" w14:textId="77777777" w:rsidTr="007260B9">
        <w:trPr>
          <w:trHeight w:val="576"/>
        </w:trPr>
        <w:tc>
          <w:tcPr>
            <w:tcW w:w="4158" w:type="dxa"/>
          </w:tcPr>
          <w:p w14:paraId="342D72AE" w14:textId="67B9D62C" w:rsidR="007260B9" w:rsidRPr="00D4417C" w:rsidRDefault="007260B9" w:rsidP="0042293C">
            <w:pPr>
              <w:pStyle w:val="ListBullet"/>
              <w:numPr>
                <w:ilvl w:val="0"/>
                <w:numId w:val="0"/>
              </w:numPr>
              <w:spacing w:before="120" w:after="120" w:line="276" w:lineRule="auto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D4417C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Owner’s Contact </w:t>
            </w:r>
            <w:r>
              <w:rPr>
                <w:rFonts w:ascii="Aptos" w:hAnsi="Aptos"/>
                <w:color w:val="000000" w:themeColor="text1"/>
                <w:sz w:val="24"/>
                <w:szCs w:val="24"/>
              </w:rPr>
              <w:t>- Home</w:t>
            </w:r>
          </w:p>
        </w:tc>
        <w:tc>
          <w:tcPr>
            <w:tcW w:w="5670" w:type="dxa"/>
          </w:tcPr>
          <w:p w14:paraId="4E955148" w14:textId="77777777" w:rsidR="007260B9" w:rsidRPr="00D4417C" w:rsidRDefault="007260B9" w:rsidP="0042293C">
            <w:pPr>
              <w:pStyle w:val="ListBullet"/>
              <w:numPr>
                <w:ilvl w:val="0"/>
                <w:numId w:val="0"/>
              </w:numPr>
              <w:spacing w:before="120" w:after="120" w:line="276" w:lineRule="auto"/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  <w:tr w:rsidR="007260B9" w:rsidRPr="00D4417C" w14:paraId="7F4C144F" w14:textId="77777777" w:rsidTr="007260B9">
        <w:trPr>
          <w:trHeight w:val="576"/>
        </w:trPr>
        <w:tc>
          <w:tcPr>
            <w:tcW w:w="4158" w:type="dxa"/>
          </w:tcPr>
          <w:p w14:paraId="4E809F40" w14:textId="4B4C64F0" w:rsidR="007260B9" w:rsidRPr="00D4417C" w:rsidRDefault="007260B9" w:rsidP="0042293C">
            <w:pPr>
              <w:pStyle w:val="ListBullet"/>
              <w:numPr>
                <w:ilvl w:val="0"/>
                <w:numId w:val="0"/>
              </w:numPr>
              <w:spacing w:before="120" w:after="120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>
              <w:rPr>
                <w:rFonts w:ascii="Aptos" w:hAnsi="Aptos"/>
                <w:color w:val="000000" w:themeColor="text1"/>
                <w:sz w:val="24"/>
                <w:szCs w:val="24"/>
              </w:rPr>
              <w:t>Owner’s Contact - Mobile</w:t>
            </w:r>
          </w:p>
        </w:tc>
        <w:tc>
          <w:tcPr>
            <w:tcW w:w="5670" w:type="dxa"/>
          </w:tcPr>
          <w:p w14:paraId="376A2CF9" w14:textId="77777777" w:rsidR="007260B9" w:rsidRPr="00D4417C" w:rsidRDefault="007260B9" w:rsidP="0042293C">
            <w:pPr>
              <w:pStyle w:val="ListBullet"/>
              <w:numPr>
                <w:ilvl w:val="0"/>
                <w:numId w:val="0"/>
              </w:numPr>
              <w:spacing w:before="120" w:after="120"/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  <w:tr w:rsidR="007260B9" w:rsidRPr="00D4417C" w14:paraId="6EAEC459" w14:textId="77777777" w:rsidTr="007260B9">
        <w:trPr>
          <w:trHeight w:val="576"/>
        </w:trPr>
        <w:tc>
          <w:tcPr>
            <w:tcW w:w="4158" w:type="dxa"/>
          </w:tcPr>
          <w:p w14:paraId="5565FC63" w14:textId="3746DB86" w:rsidR="007260B9" w:rsidRDefault="007260B9" w:rsidP="0042293C">
            <w:pPr>
              <w:pStyle w:val="ListBullet"/>
              <w:numPr>
                <w:ilvl w:val="0"/>
                <w:numId w:val="0"/>
              </w:numPr>
              <w:spacing w:before="120" w:after="120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>
              <w:rPr>
                <w:rFonts w:ascii="Aptos" w:hAnsi="Aptos"/>
                <w:color w:val="000000" w:themeColor="text1"/>
                <w:sz w:val="24"/>
                <w:szCs w:val="24"/>
              </w:rPr>
              <w:t>Owner’s Contact - Email</w:t>
            </w:r>
          </w:p>
        </w:tc>
        <w:tc>
          <w:tcPr>
            <w:tcW w:w="5670" w:type="dxa"/>
          </w:tcPr>
          <w:p w14:paraId="44904B8A" w14:textId="77777777" w:rsidR="007260B9" w:rsidRPr="00D4417C" w:rsidRDefault="007260B9" w:rsidP="0042293C">
            <w:pPr>
              <w:pStyle w:val="ListBullet"/>
              <w:numPr>
                <w:ilvl w:val="0"/>
                <w:numId w:val="0"/>
              </w:numPr>
              <w:spacing w:before="120" w:after="120"/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  <w:tr w:rsidR="007260B9" w:rsidRPr="00D4417C" w14:paraId="0005D3E7" w14:textId="77777777" w:rsidTr="007260B9">
        <w:trPr>
          <w:trHeight w:val="576"/>
        </w:trPr>
        <w:tc>
          <w:tcPr>
            <w:tcW w:w="4158" w:type="dxa"/>
          </w:tcPr>
          <w:p w14:paraId="52DFA580" w14:textId="1B515038" w:rsidR="007260B9" w:rsidRPr="00D4417C" w:rsidRDefault="007260B9" w:rsidP="0042293C">
            <w:pPr>
              <w:pStyle w:val="ListBullet"/>
              <w:numPr>
                <w:ilvl w:val="0"/>
                <w:numId w:val="0"/>
              </w:numPr>
              <w:spacing w:before="120" w:after="120" w:line="276" w:lineRule="auto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D4417C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Emergency Contact </w:t>
            </w:r>
            <w:r>
              <w:rPr>
                <w:rFonts w:ascii="Aptos" w:hAnsi="Aptos"/>
                <w:color w:val="000000" w:themeColor="text1"/>
                <w:sz w:val="24"/>
                <w:szCs w:val="24"/>
              </w:rPr>
              <w:t>Name</w:t>
            </w:r>
          </w:p>
        </w:tc>
        <w:tc>
          <w:tcPr>
            <w:tcW w:w="5670" w:type="dxa"/>
          </w:tcPr>
          <w:p w14:paraId="68DCF73D" w14:textId="77777777" w:rsidR="007260B9" w:rsidRPr="00D4417C" w:rsidRDefault="007260B9" w:rsidP="0042293C">
            <w:pPr>
              <w:pStyle w:val="ListBullet"/>
              <w:numPr>
                <w:ilvl w:val="0"/>
                <w:numId w:val="0"/>
              </w:numPr>
              <w:spacing w:before="120" w:after="120" w:line="276" w:lineRule="auto"/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  <w:tr w:rsidR="007260B9" w:rsidRPr="00D4417C" w14:paraId="27CE0399" w14:textId="77777777" w:rsidTr="007260B9">
        <w:trPr>
          <w:trHeight w:val="576"/>
        </w:trPr>
        <w:tc>
          <w:tcPr>
            <w:tcW w:w="4158" w:type="dxa"/>
          </w:tcPr>
          <w:p w14:paraId="2F5E3C66" w14:textId="5A49A801" w:rsidR="007260B9" w:rsidRPr="00D4417C" w:rsidRDefault="007260B9" w:rsidP="0042293C">
            <w:pPr>
              <w:pStyle w:val="ListBullet"/>
              <w:numPr>
                <w:ilvl w:val="0"/>
                <w:numId w:val="0"/>
              </w:numPr>
              <w:spacing w:before="120" w:after="120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>
              <w:rPr>
                <w:rFonts w:ascii="Aptos" w:hAnsi="Aptos"/>
                <w:color w:val="000000" w:themeColor="text1"/>
                <w:sz w:val="24"/>
                <w:szCs w:val="24"/>
              </w:rPr>
              <w:t>Emergency Contact - Mobile</w:t>
            </w:r>
          </w:p>
        </w:tc>
        <w:tc>
          <w:tcPr>
            <w:tcW w:w="5670" w:type="dxa"/>
          </w:tcPr>
          <w:p w14:paraId="4D3FE8AD" w14:textId="77777777" w:rsidR="007260B9" w:rsidRPr="00D4417C" w:rsidRDefault="007260B9" w:rsidP="0042293C">
            <w:pPr>
              <w:pStyle w:val="ListBullet"/>
              <w:numPr>
                <w:ilvl w:val="0"/>
                <w:numId w:val="0"/>
              </w:numPr>
              <w:spacing w:before="120" w:after="120"/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  <w:tr w:rsidR="007260B9" w:rsidRPr="00D4417C" w14:paraId="334886AF" w14:textId="77777777" w:rsidTr="007260B9">
        <w:trPr>
          <w:trHeight w:val="576"/>
        </w:trPr>
        <w:tc>
          <w:tcPr>
            <w:tcW w:w="4158" w:type="dxa"/>
          </w:tcPr>
          <w:p w14:paraId="4668C42C" w14:textId="1F4BE2B8" w:rsidR="007260B9" w:rsidRDefault="007260B9" w:rsidP="007260B9">
            <w:pPr>
              <w:pStyle w:val="ListBullet"/>
              <w:numPr>
                <w:ilvl w:val="0"/>
                <w:numId w:val="0"/>
              </w:numPr>
              <w:spacing w:before="120" w:after="120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>
              <w:rPr>
                <w:rFonts w:ascii="Aptos" w:hAnsi="Aptos"/>
                <w:color w:val="000000" w:themeColor="text1"/>
                <w:sz w:val="24"/>
                <w:szCs w:val="24"/>
              </w:rPr>
              <w:t>Relationship</w:t>
            </w:r>
          </w:p>
        </w:tc>
        <w:tc>
          <w:tcPr>
            <w:tcW w:w="5670" w:type="dxa"/>
          </w:tcPr>
          <w:p w14:paraId="3C3AB542" w14:textId="77777777" w:rsidR="007260B9" w:rsidRPr="00D4417C" w:rsidRDefault="007260B9" w:rsidP="0042293C">
            <w:pPr>
              <w:pStyle w:val="ListBullet"/>
              <w:numPr>
                <w:ilvl w:val="0"/>
                <w:numId w:val="0"/>
              </w:numPr>
              <w:spacing w:before="120" w:after="120"/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</w:tbl>
    <w:p w14:paraId="7D0DADBD" w14:textId="77777777" w:rsidR="007260B9" w:rsidRPr="007260B9" w:rsidRDefault="007260B9" w:rsidP="007260B9"/>
    <w:p w14:paraId="252BDA15" w14:textId="77777777" w:rsidR="007260B9" w:rsidRDefault="007260B9" w:rsidP="00D4417C">
      <w:pPr>
        <w:pStyle w:val="Heading2"/>
        <w:spacing w:before="240" w:after="120"/>
        <w:rPr>
          <w:rFonts w:ascii="Aptos" w:hAnsi="Aptos"/>
          <w:color w:val="000000" w:themeColor="text1"/>
          <w:sz w:val="24"/>
          <w:szCs w:val="24"/>
        </w:rPr>
      </w:pPr>
    </w:p>
    <w:p w14:paraId="30A2E1E1" w14:textId="681267FA" w:rsidR="00533DAA" w:rsidRPr="00D4417C" w:rsidRDefault="007260B9" w:rsidP="00D4417C">
      <w:pPr>
        <w:pStyle w:val="Heading2"/>
        <w:spacing w:before="240" w:after="120"/>
        <w:rPr>
          <w:rFonts w:ascii="Aptos" w:hAnsi="Aptos"/>
          <w:color w:val="000000" w:themeColor="text1"/>
          <w:sz w:val="24"/>
          <w:szCs w:val="24"/>
        </w:rPr>
      </w:pPr>
      <w:r w:rsidRPr="00D4417C">
        <w:rPr>
          <w:rFonts w:ascii="Aptos" w:hAnsi="Aptos"/>
          <w:color w:val="000000" w:themeColor="text1"/>
          <w:sz w:val="24"/>
          <w:szCs w:val="24"/>
        </w:rPr>
        <w:t xml:space="preserve">Section </w:t>
      </w:r>
      <w:r>
        <w:rPr>
          <w:rFonts w:ascii="Aptos" w:hAnsi="Aptos"/>
          <w:color w:val="000000" w:themeColor="text1"/>
          <w:sz w:val="24"/>
          <w:szCs w:val="24"/>
        </w:rPr>
        <w:t>3</w:t>
      </w:r>
      <w:r w:rsidR="00D4417C" w:rsidRPr="00D4417C">
        <w:rPr>
          <w:rFonts w:ascii="Aptos" w:hAnsi="Aptos"/>
          <w:color w:val="000000" w:themeColor="text1"/>
          <w:sz w:val="24"/>
          <w:szCs w:val="24"/>
        </w:rPr>
        <w:t xml:space="preserve"> </w:t>
      </w:r>
      <w:r>
        <w:rPr>
          <w:rFonts w:ascii="Aptos" w:hAnsi="Aptos"/>
          <w:color w:val="000000" w:themeColor="text1"/>
          <w:sz w:val="24"/>
          <w:szCs w:val="24"/>
        </w:rPr>
        <w:t>–</w:t>
      </w:r>
      <w:r w:rsidR="00D4417C">
        <w:rPr>
          <w:rFonts w:ascii="Aptos" w:hAnsi="Aptos"/>
          <w:color w:val="000000" w:themeColor="text1"/>
          <w:sz w:val="24"/>
          <w:szCs w:val="24"/>
        </w:rPr>
        <w:t xml:space="preserve"> </w:t>
      </w:r>
      <w:r>
        <w:rPr>
          <w:rFonts w:ascii="Aptos" w:hAnsi="Aptos"/>
          <w:color w:val="000000" w:themeColor="text1"/>
          <w:sz w:val="24"/>
          <w:szCs w:val="24"/>
        </w:rPr>
        <w:t xml:space="preserve">Horse </w:t>
      </w:r>
      <w:r w:rsidRPr="00D4417C">
        <w:rPr>
          <w:rFonts w:ascii="Aptos" w:hAnsi="Aptos"/>
          <w:color w:val="000000" w:themeColor="text1"/>
          <w:sz w:val="24"/>
          <w:szCs w:val="24"/>
        </w:rPr>
        <w:t>Health &amp; Veterinary Information</w:t>
      </w:r>
      <w:r w:rsidR="00D4417C">
        <w:rPr>
          <w:rFonts w:ascii="Aptos" w:hAnsi="Aptos"/>
          <w:color w:val="000000" w:themeColor="text1"/>
          <w:sz w:val="24"/>
          <w:szCs w:val="24"/>
        </w:rPr>
        <w:t xml:space="preserve"> (for Livery Horses)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58"/>
        <w:gridCol w:w="5670"/>
      </w:tblGrid>
      <w:tr w:rsidR="00D4417C" w:rsidRPr="00D4417C" w14:paraId="4ABEA1DD" w14:textId="2979B72B" w:rsidTr="007260B9">
        <w:trPr>
          <w:trHeight w:val="576"/>
        </w:trPr>
        <w:tc>
          <w:tcPr>
            <w:tcW w:w="4158" w:type="dxa"/>
          </w:tcPr>
          <w:p w14:paraId="21B57E65" w14:textId="3890ABE6" w:rsidR="00D4417C" w:rsidRPr="00D4417C" w:rsidRDefault="00D4417C" w:rsidP="00D4417C">
            <w:pPr>
              <w:pStyle w:val="ListBullet"/>
              <w:numPr>
                <w:ilvl w:val="0"/>
                <w:numId w:val="0"/>
              </w:numPr>
              <w:spacing w:before="120" w:after="120" w:line="276" w:lineRule="auto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D4417C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Veterinary Practice  </w:t>
            </w:r>
          </w:p>
        </w:tc>
        <w:tc>
          <w:tcPr>
            <w:tcW w:w="5670" w:type="dxa"/>
          </w:tcPr>
          <w:p w14:paraId="3D74B035" w14:textId="77777777" w:rsidR="00D4417C" w:rsidRPr="00D4417C" w:rsidRDefault="00D4417C" w:rsidP="00D4417C">
            <w:pPr>
              <w:pStyle w:val="ListBullet"/>
              <w:numPr>
                <w:ilvl w:val="0"/>
                <w:numId w:val="0"/>
              </w:numPr>
              <w:spacing w:before="120" w:after="120" w:line="276" w:lineRule="auto"/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  <w:tr w:rsidR="00D4417C" w:rsidRPr="00D4417C" w14:paraId="56C55953" w14:textId="4098B4F3" w:rsidTr="007260B9">
        <w:trPr>
          <w:trHeight w:val="576"/>
        </w:trPr>
        <w:tc>
          <w:tcPr>
            <w:tcW w:w="4158" w:type="dxa"/>
          </w:tcPr>
          <w:p w14:paraId="0E546578" w14:textId="4D80EBDD" w:rsidR="00D4417C" w:rsidRPr="00D4417C" w:rsidRDefault="00D4417C" w:rsidP="00D4417C">
            <w:pPr>
              <w:pStyle w:val="ListBullet"/>
              <w:numPr>
                <w:ilvl w:val="0"/>
                <w:numId w:val="0"/>
              </w:numPr>
              <w:spacing w:before="120" w:after="120" w:line="276" w:lineRule="auto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D4417C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Vet Contact Number  </w:t>
            </w:r>
          </w:p>
        </w:tc>
        <w:tc>
          <w:tcPr>
            <w:tcW w:w="5670" w:type="dxa"/>
          </w:tcPr>
          <w:p w14:paraId="3D62A3FF" w14:textId="77777777" w:rsidR="00D4417C" w:rsidRPr="00D4417C" w:rsidRDefault="00D4417C" w:rsidP="00D4417C">
            <w:pPr>
              <w:pStyle w:val="ListBullet"/>
              <w:numPr>
                <w:ilvl w:val="0"/>
                <w:numId w:val="0"/>
              </w:numPr>
              <w:spacing w:before="120" w:after="120" w:line="276" w:lineRule="auto"/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  <w:tr w:rsidR="00D4417C" w:rsidRPr="00D4417C" w14:paraId="71670AD8" w14:textId="0C3A3FB0" w:rsidTr="007260B9">
        <w:trPr>
          <w:trHeight w:val="576"/>
        </w:trPr>
        <w:tc>
          <w:tcPr>
            <w:tcW w:w="4158" w:type="dxa"/>
          </w:tcPr>
          <w:p w14:paraId="6C00AFD9" w14:textId="2B8E29D0" w:rsidR="00D4417C" w:rsidRPr="00D4417C" w:rsidRDefault="00D4417C" w:rsidP="00D4417C">
            <w:pPr>
              <w:pStyle w:val="ListBullet"/>
              <w:numPr>
                <w:ilvl w:val="0"/>
                <w:numId w:val="0"/>
              </w:numPr>
              <w:spacing w:before="120" w:after="120" w:line="276" w:lineRule="auto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D4417C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Last Vaccinations (Flu/Tetanus)  </w:t>
            </w:r>
          </w:p>
        </w:tc>
        <w:tc>
          <w:tcPr>
            <w:tcW w:w="5670" w:type="dxa"/>
          </w:tcPr>
          <w:p w14:paraId="31A9F271" w14:textId="77777777" w:rsidR="00D4417C" w:rsidRPr="00D4417C" w:rsidRDefault="00D4417C" w:rsidP="00D4417C">
            <w:pPr>
              <w:pStyle w:val="ListBullet"/>
              <w:numPr>
                <w:ilvl w:val="0"/>
                <w:numId w:val="0"/>
              </w:numPr>
              <w:spacing w:before="120" w:after="120" w:line="276" w:lineRule="auto"/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  <w:tr w:rsidR="007260B9" w:rsidRPr="00D4417C" w14:paraId="1F8E2388" w14:textId="77777777" w:rsidTr="007260B9">
        <w:trPr>
          <w:trHeight w:val="576"/>
        </w:trPr>
        <w:tc>
          <w:tcPr>
            <w:tcW w:w="4158" w:type="dxa"/>
          </w:tcPr>
          <w:p w14:paraId="02F31FD9" w14:textId="7D4F6811" w:rsidR="007260B9" w:rsidRPr="00D4417C" w:rsidRDefault="007260B9" w:rsidP="00D4417C">
            <w:pPr>
              <w:pStyle w:val="ListBullet"/>
              <w:numPr>
                <w:ilvl w:val="0"/>
                <w:numId w:val="0"/>
              </w:numPr>
              <w:spacing w:before="120" w:after="120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7260B9">
              <w:rPr>
                <w:rFonts w:ascii="Aptos" w:hAnsi="Aptos"/>
                <w:color w:val="000000" w:themeColor="text1"/>
                <w:sz w:val="24"/>
                <w:szCs w:val="24"/>
              </w:rPr>
              <w:t>Insurance Details (Insurer/Policy No)</w:t>
            </w:r>
            <w:r w:rsidRPr="007260B9">
              <w:rPr>
                <w:rFonts w:ascii="Aptos" w:hAnsi="Aptos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5670" w:type="dxa"/>
          </w:tcPr>
          <w:p w14:paraId="44197444" w14:textId="77777777" w:rsidR="007260B9" w:rsidRPr="00D4417C" w:rsidRDefault="007260B9" w:rsidP="00D4417C">
            <w:pPr>
              <w:pStyle w:val="ListBullet"/>
              <w:numPr>
                <w:ilvl w:val="0"/>
                <w:numId w:val="0"/>
              </w:numPr>
              <w:spacing w:before="120" w:after="120"/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  <w:tr w:rsidR="00D4417C" w:rsidRPr="00D4417C" w14:paraId="47D62421" w14:textId="5FC6B908" w:rsidTr="007260B9">
        <w:trPr>
          <w:trHeight w:val="576"/>
        </w:trPr>
        <w:tc>
          <w:tcPr>
            <w:tcW w:w="4158" w:type="dxa"/>
          </w:tcPr>
          <w:p w14:paraId="1917F9C8" w14:textId="407C05EF" w:rsidR="00D4417C" w:rsidRPr="00D4417C" w:rsidRDefault="00D4417C" w:rsidP="00D4417C">
            <w:pPr>
              <w:pStyle w:val="ListBullet"/>
              <w:numPr>
                <w:ilvl w:val="0"/>
                <w:numId w:val="0"/>
              </w:numPr>
              <w:spacing w:before="120" w:after="120" w:line="276" w:lineRule="auto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D4417C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Last Worming Date &amp; Product  </w:t>
            </w:r>
          </w:p>
        </w:tc>
        <w:tc>
          <w:tcPr>
            <w:tcW w:w="5670" w:type="dxa"/>
          </w:tcPr>
          <w:p w14:paraId="65B55BE5" w14:textId="77777777" w:rsidR="00D4417C" w:rsidRPr="00D4417C" w:rsidRDefault="00D4417C" w:rsidP="00D4417C">
            <w:pPr>
              <w:pStyle w:val="ListBullet"/>
              <w:numPr>
                <w:ilvl w:val="0"/>
                <w:numId w:val="0"/>
              </w:numPr>
              <w:spacing w:before="120" w:after="120" w:line="276" w:lineRule="auto"/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  <w:tr w:rsidR="00D4417C" w:rsidRPr="00D4417C" w14:paraId="70C93631" w14:textId="799340EC" w:rsidTr="007260B9">
        <w:trPr>
          <w:trHeight w:val="576"/>
        </w:trPr>
        <w:tc>
          <w:tcPr>
            <w:tcW w:w="4158" w:type="dxa"/>
          </w:tcPr>
          <w:p w14:paraId="7D34E1D9" w14:textId="23266327" w:rsidR="00D4417C" w:rsidRPr="00D4417C" w:rsidRDefault="00D4417C" w:rsidP="00D4417C">
            <w:pPr>
              <w:pStyle w:val="ListBullet"/>
              <w:numPr>
                <w:ilvl w:val="0"/>
                <w:numId w:val="0"/>
              </w:numPr>
              <w:spacing w:before="120" w:after="120" w:line="276" w:lineRule="auto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D4417C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Farrier (Name &amp; Frequency)  </w:t>
            </w:r>
          </w:p>
        </w:tc>
        <w:tc>
          <w:tcPr>
            <w:tcW w:w="5670" w:type="dxa"/>
          </w:tcPr>
          <w:p w14:paraId="212E8AAF" w14:textId="77777777" w:rsidR="00D4417C" w:rsidRPr="00D4417C" w:rsidRDefault="00D4417C" w:rsidP="00D4417C">
            <w:pPr>
              <w:pStyle w:val="ListBullet"/>
              <w:numPr>
                <w:ilvl w:val="0"/>
                <w:numId w:val="0"/>
              </w:numPr>
              <w:spacing w:before="120" w:after="120" w:line="276" w:lineRule="auto"/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  <w:tr w:rsidR="00D4417C" w:rsidRPr="00D4417C" w14:paraId="5BDE9029" w14:textId="118B1340" w:rsidTr="007260B9">
        <w:trPr>
          <w:trHeight w:val="576"/>
        </w:trPr>
        <w:tc>
          <w:tcPr>
            <w:tcW w:w="4158" w:type="dxa"/>
          </w:tcPr>
          <w:p w14:paraId="7230F972" w14:textId="02849A2A" w:rsidR="00D4417C" w:rsidRPr="00D4417C" w:rsidRDefault="00D4417C" w:rsidP="00D4417C">
            <w:pPr>
              <w:pStyle w:val="ListBullet"/>
              <w:numPr>
                <w:ilvl w:val="0"/>
                <w:numId w:val="0"/>
              </w:numPr>
              <w:spacing w:before="120" w:after="120" w:line="276" w:lineRule="auto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D4417C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Dentist (Name &amp; Last Visit)  </w:t>
            </w:r>
          </w:p>
        </w:tc>
        <w:tc>
          <w:tcPr>
            <w:tcW w:w="5670" w:type="dxa"/>
          </w:tcPr>
          <w:p w14:paraId="1F6E3028" w14:textId="77777777" w:rsidR="00D4417C" w:rsidRPr="00D4417C" w:rsidRDefault="00D4417C" w:rsidP="00D4417C">
            <w:pPr>
              <w:pStyle w:val="ListBullet"/>
              <w:numPr>
                <w:ilvl w:val="0"/>
                <w:numId w:val="0"/>
              </w:numPr>
              <w:spacing w:before="120" w:after="120" w:line="276" w:lineRule="auto"/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  <w:tr w:rsidR="00D4417C" w:rsidRPr="00D4417C" w14:paraId="262584B6" w14:textId="613A20F5" w:rsidTr="007260B9">
        <w:trPr>
          <w:trHeight w:val="576"/>
        </w:trPr>
        <w:tc>
          <w:tcPr>
            <w:tcW w:w="4158" w:type="dxa"/>
          </w:tcPr>
          <w:p w14:paraId="044D5794" w14:textId="7AA8CB91" w:rsidR="00D4417C" w:rsidRPr="00D4417C" w:rsidRDefault="00D4417C" w:rsidP="00D4417C">
            <w:pPr>
              <w:pStyle w:val="ListBullet"/>
              <w:numPr>
                <w:ilvl w:val="0"/>
                <w:numId w:val="0"/>
              </w:numPr>
              <w:spacing w:before="120" w:after="120" w:line="276" w:lineRule="auto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D4417C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Physiotherapist </w:t>
            </w:r>
            <w:r>
              <w:rPr>
                <w:rFonts w:ascii="Aptos" w:hAnsi="Aptos"/>
                <w:color w:val="000000" w:themeColor="text1"/>
                <w:sz w:val="24"/>
                <w:szCs w:val="24"/>
              </w:rPr>
              <w:t>(Name &amp; Frequency)</w:t>
            </w:r>
          </w:p>
        </w:tc>
        <w:tc>
          <w:tcPr>
            <w:tcW w:w="5670" w:type="dxa"/>
          </w:tcPr>
          <w:p w14:paraId="0E0F3A36" w14:textId="77777777" w:rsidR="00D4417C" w:rsidRPr="00D4417C" w:rsidRDefault="00D4417C" w:rsidP="00D4417C">
            <w:pPr>
              <w:pStyle w:val="ListBullet"/>
              <w:numPr>
                <w:ilvl w:val="0"/>
                <w:numId w:val="0"/>
              </w:numPr>
              <w:spacing w:before="120" w:after="120" w:line="276" w:lineRule="auto"/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  <w:tr w:rsidR="00D4417C" w:rsidRPr="00D4417C" w14:paraId="0B539D34" w14:textId="7938EFF9" w:rsidTr="007260B9">
        <w:trPr>
          <w:trHeight w:val="2592"/>
        </w:trPr>
        <w:tc>
          <w:tcPr>
            <w:tcW w:w="4158" w:type="dxa"/>
          </w:tcPr>
          <w:p w14:paraId="0860F996" w14:textId="73145C9E" w:rsidR="00D4417C" w:rsidRPr="00D4417C" w:rsidRDefault="00D4417C" w:rsidP="00D4417C">
            <w:pPr>
              <w:pStyle w:val="ListBullet"/>
              <w:numPr>
                <w:ilvl w:val="0"/>
                <w:numId w:val="0"/>
              </w:numPr>
              <w:spacing w:before="120" w:after="120" w:line="276" w:lineRule="auto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D4417C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Current / Past Injuries or Conditions  </w:t>
            </w:r>
          </w:p>
        </w:tc>
        <w:tc>
          <w:tcPr>
            <w:tcW w:w="5670" w:type="dxa"/>
          </w:tcPr>
          <w:p w14:paraId="185B12CE" w14:textId="77777777" w:rsidR="00D4417C" w:rsidRPr="00D4417C" w:rsidRDefault="00D4417C" w:rsidP="00D4417C">
            <w:pPr>
              <w:pStyle w:val="ListBullet"/>
              <w:numPr>
                <w:ilvl w:val="0"/>
                <w:numId w:val="0"/>
              </w:numPr>
              <w:spacing w:before="120" w:after="120" w:line="276" w:lineRule="auto"/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  <w:tr w:rsidR="00D4417C" w:rsidRPr="00D4417C" w14:paraId="3DAAC003" w14:textId="78ED1950" w:rsidTr="007260B9">
        <w:trPr>
          <w:trHeight w:val="2592"/>
        </w:trPr>
        <w:tc>
          <w:tcPr>
            <w:tcW w:w="4158" w:type="dxa"/>
          </w:tcPr>
          <w:p w14:paraId="21C27FBA" w14:textId="6DD0F45A" w:rsidR="00D4417C" w:rsidRPr="00D4417C" w:rsidRDefault="00D4417C" w:rsidP="00D4417C">
            <w:pPr>
              <w:pStyle w:val="ListBullet"/>
              <w:numPr>
                <w:ilvl w:val="0"/>
                <w:numId w:val="0"/>
              </w:numPr>
              <w:spacing w:before="120" w:after="120" w:line="276" w:lineRule="auto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D4417C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Ongoing Medication or Supplements  </w:t>
            </w:r>
          </w:p>
        </w:tc>
        <w:tc>
          <w:tcPr>
            <w:tcW w:w="5670" w:type="dxa"/>
          </w:tcPr>
          <w:p w14:paraId="3AF0FFE8" w14:textId="77777777" w:rsidR="00D4417C" w:rsidRPr="00D4417C" w:rsidRDefault="00D4417C" w:rsidP="00D4417C">
            <w:pPr>
              <w:pStyle w:val="ListBullet"/>
              <w:numPr>
                <w:ilvl w:val="0"/>
                <w:numId w:val="0"/>
              </w:numPr>
              <w:spacing w:before="120" w:after="120" w:line="276" w:lineRule="auto"/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  <w:tr w:rsidR="00D4417C" w:rsidRPr="00D4417C" w14:paraId="0101A693" w14:textId="45B7C908" w:rsidTr="007260B9">
        <w:trPr>
          <w:trHeight w:val="2592"/>
        </w:trPr>
        <w:tc>
          <w:tcPr>
            <w:tcW w:w="4158" w:type="dxa"/>
          </w:tcPr>
          <w:p w14:paraId="3B45D4CE" w14:textId="42738879" w:rsidR="00D4417C" w:rsidRPr="00D4417C" w:rsidRDefault="007260B9" w:rsidP="00D4417C">
            <w:pPr>
              <w:pStyle w:val="ListBullet"/>
              <w:numPr>
                <w:ilvl w:val="0"/>
                <w:numId w:val="0"/>
              </w:numPr>
              <w:spacing w:before="120" w:after="120" w:line="276" w:lineRule="auto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>
              <w:rPr>
                <w:rFonts w:ascii="Aptos" w:hAnsi="Aptos"/>
                <w:color w:val="000000" w:themeColor="text1"/>
                <w:sz w:val="24"/>
                <w:szCs w:val="24"/>
              </w:rPr>
              <w:lastRenderedPageBreak/>
              <w:t>Other Relevant Information (Allergies/Dietary/Vices/Behavioral Issue)</w:t>
            </w:r>
            <w:r w:rsidR="00D4417C" w:rsidRPr="00D4417C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5670" w:type="dxa"/>
          </w:tcPr>
          <w:p w14:paraId="36A81738" w14:textId="77777777" w:rsidR="00D4417C" w:rsidRPr="00D4417C" w:rsidRDefault="00D4417C" w:rsidP="00D4417C">
            <w:pPr>
              <w:pStyle w:val="ListBullet"/>
              <w:numPr>
                <w:ilvl w:val="0"/>
                <w:numId w:val="0"/>
              </w:numPr>
              <w:spacing w:before="120" w:after="120" w:line="276" w:lineRule="auto"/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</w:tbl>
    <w:p w14:paraId="1C91C24E" w14:textId="77777777" w:rsidR="007260B9" w:rsidRDefault="007260B9" w:rsidP="007260B9">
      <w:pPr>
        <w:pStyle w:val="Heading2"/>
        <w:spacing w:before="240" w:after="120"/>
        <w:rPr>
          <w:rFonts w:ascii="Aptos" w:hAnsi="Aptos"/>
          <w:color w:val="000000" w:themeColor="text1"/>
          <w:sz w:val="24"/>
          <w:szCs w:val="24"/>
        </w:rPr>
      </w:pPr>
    </w:p>
    <w:p w14:paraId="16C5631F" w14:textId="184AD95B" w:rsidR="007260B9" w:rsidRDefault="007260B9" w:rsidP="007260B9">
      <w:pPr>
        <w:pStyle w:val="Heading2"/>
        <w:spacing w:before="240" w:after="120"/>
        <w:rPr>
          <w:rFonts w:ascii="Aptos" w:hAnsi="Aptos"/>
          <w:color w:val="000000" w:themeColor="text1"/>
          <w:sz w:val="24"/>
          <w:szCs w:val="24"/>
        </w:rPr>
      </w:pPr>
      <w:r w:rsidRPr="007260B9">
        <w:rPr>
          <w:rFonts w:ascii="Aptos" w:hAnsi="Aptos"/>
          <w:color w:val="000000" w:themeColor="text1"/>
          <w:sz w:val="24"/>
          <w:szCs w:val="24"/>
        </w:rPr>
        <w:t>Section</w:t>
      </w:r>
      <w:r>
        <w:rPr>
          <w:rFonts w:ascii="Aptos" w:hAnsi="Aptos"/>
          <w:color w:val="000000" w:themeColor="text1"/>
          <w:sz w:val="24"/>
          <w:szCs w:val="24"/>
        </w:rPr>
        <w:t xml:space="preserve"> 4</w:t>
      </w:r>
      <w:r w:rsidRPr="007260B9">
        <w:rPr>
          <w:rFonts w:ascii="Aptos" w:hAnsi="Aptos"/>
          <w:color w:val="000000" w:themeColor="text1"/>
          <w:sz w:val="24"/>
          <w:szCs w:val="24"/>
        </w:rPr>
        <w:t xml:space="preserve"> </w:t>
      </w:r>
      <w:r>
        <w:rPr>
          <w:rFonts w:ascii="Aptos" w:hAnsi="Aptos"/>
          <w:color w:val="000000" w:themeColor="text1"/>
          <w:sz w:val="24"/>
          <w:szCs w:val="24"/>
        </w:rPr>
        <w:t>–</w:t>
      </w:r>
      <w:r w:rsidRPr="007260B9">
        <w:rPr>
          <w:rFonts w:ascii="Aptos" w:hAnsi="Aptos"/>
          <w:color w:val="000000" w:themeColor="text1"/>
          <w:sz w:val="24"/>
          <w:szCs w:val="24"/>
        </w:rPr>
        <w:t xml:space="preserve"> </w:t>
      </w:r>
      <w:r>
        <w:rPr>
          <w:rFonts w:ascii="Aptos" w:hAnsi="Aptos"/>
          <w:color w:val="000000" w:themeColor="text1"/>
          <w:sz w:val="24"/>
          <w:szCs w:val="24"/>
        </w:rPr>
        <w:t>Equipment and Tack placed in custody of Yard (for Livery Horses)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7020"/>
      </w:tblGrid>
      <w:tr w:rsidR="007260B9" w:rsidRPr="00D4417C" w14:paraId="6DAC6B74" w14:textId="77777777" w:rsidTr="007260B9">
        <w:trPr>
          <w:trHeight w:val="4176"/>
        </w:trPr>
        <w:tc>
          <w:tcPr>
            <w:tcW w:w="2808" w:type="dxa"/>
          </w:tcPr>
          <w:p w14:paraId="2D784E3E" w14:textId="3FD02E22" w:rsidR="007260B9" w:rsidRPr="00D4417C" w:rsidRDefault="007260B9" w:rsidP="0042293C">
            <w:pPr>
              <w:pStyle w:val="ListBullet"/>
              <w:numPr>
                <w:ilvl w:val="0"/>
                <w:numId w:val="0"/>
              </w:numPr>
              <w:spacing w:before="120" w:after="120" w:line="276" w:lineRule="auto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>
              <w:rPr>
                <w:rFonts w:ascii="Aptos" w:hAnsi="Aptos"/>
                <w:color w:val="000000" w:themeColor="text1"/>
                <w:sz w:val="24"/>
                <w:szCs w:val="24"/>
              </w:rPr>
              <w:t>Tack</w:t>
            </w:r>
            <w:r w:rsidRPr="00D4417C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7020" w:type="dxa"/>
          </w:tcPr>
          <w:p w14:paraId="7B5E59EA" w14:textId="77777777" w:rsidR="007260B9" w:rsidRPr="00D4417C" w:rsidRDefault="007260B9" w:rsidP="0042293C">
            <w:pPr>
              <w:pStyle w:val="ListBullet"/>
              <w:numPr>
                <w:ilvl w:val="0"/>
                <w:numId w:val="0"/>
              </w:numPr>
              <w:spacing w:before="120" w:after="120" w:line="276" w:lineRule="auto"/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  <w:tr w:rsidR="007260B9" w:rsidRPr="00D4417C" w14:paraId="19F89BFE" w14:textId="77777777" w:rsidTr="007260B9">
        <w:trPr>
          <w:trHeight w:val="4176"/>
        </w:trPr>
        <w:tc>
          <w:tcPr>
            <w:tcW w:w="2808" w:type="dxa"/>
          </w:tcPr>
          <w:p w14:paraId="395D069F" w14:textId="3F91FBC4" w:rsidR="007260B9" w:rsidRDefault="007260B9" w:rsidP="0042293C">
            <w:pPr>
              <w:pStyle w:val="ListBullet"/>
              <w:numPr>
                <w:ilvl w:val="0"/>
                <w:numId w:val="0"/>
              </w:numPr>
              <w:spacing w:before="120" w:after="120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>
              <w:rPr>
                <w:rFonts w:ascii="Aptos" w:hAnsi="Aptos"/>
                <w:color w:val="000000" w:themeColor="text1"/>
                <w:sz w:val="24"/>
                <w:szCs w:val="24"/>
              </w:rPr>
              <w:t>Rugs</w:t>
            </w:r>
          </w:p>
        </w:tc>
        <w:tc>
          <w:tcPr>
            <w:tcW w:w="7020" w:type="dxa"/>
          </w:tcPr>
          <w:p w14:paraId="40D3D755" w14:textId="77777777" w:rsidR="007260B9" w:rsidRPr="00D4417C" w:rsidRDefault="007260B9" w:rsidP="0042293C">
            <w:pPr>
              <w:pStyle w:val="ListBullet"/>
              <w:numPr>
                <w:ilvl w:val="0"/>
                <w:numId w:val="0"/>
              </w:numPr>
              <w:spacing w:before="120" w:after="120"/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  <w:tr w:rsidR="007260B9" w:rsidRPr="00D4417C" w14:paraId="460EA29C" w14:textId="77777777" w:rsidTr="007260B9">
        <w:trPr>
          <w:trHeight w:val="4320"/>
        </w:trPr>
        <w:tc>
          <w:tcPr>
            <w:tcW w:w="2808" w:type="dxa"/>
          </w:tcPr>
          <w:p w14:paraId="0AA32E51" w14:textId="7817EFB1" w:rsidR="007260B9" w:rsidRPr="00D4417C" w:rsidRDefault="007260B9" w:rsidP="0042293C">
            <w:pPr>
              <w:pStyle w:val="ListBullet"/>
              <w:numPr>
                <w:ilvl w:val="0"/>
                <w:numId w:val="0"/>
              </w:numPr>
              <w:spacing w:before="120" w:after="120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>
              <w:rPr>
                <w:rFonts w:ascii="Aptos" w:hAnsi="Aptos"/>
                <w:color w:val="000000" w:themeColor="text1"/>
                <w:sz w:val="24"/>
                <w:szCs w:val="24"/>
              </w:rPr>
              <w:lastRenderedPageBreak/>
              <w:t>Other Items/Equipment</w:t>
            </w:r>
          </w:p>
        </w:tc>
        <w:tc>
          <w:tcPr>
            <w:tcW w:w="7020" w:type="dxa"/>
          </w:tcPr>
          <w:p w14:paraId="31347F91" w14:textId="77777777" w:rsidR="007260B9" w:rsidRPr="00D4417C" w:rsidRDefault="007260B9" w:rsidP="0042293C">
            <w:pPr>
              <w:pStyle w:val="ListBullet"/>
              <w:numPr>
                <w:ilvl w:val="0"/>
                <w:numId w:val="0"/>
              </w:numPr>
              <w:spacing w:before="120" w:after="120"/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</w:tbl>
    <w:p w14:paraId="08F0A38B" w14:textId="77777777" w:rsidR="007260B9" w:rsidRDefault="007260B9" w:rsidP="00D4417C">
      <w:pPr>
        <w:pStyle w:val="Heading2"/>
        <w:spacing w:before="120" w:after="120"/>
        <w:rPr>
          <w:rFonts w:ascii="Aptos" w:hAnsi="Aptos"/>
          <w:color w:val="000000" w:themeColor="text1"/>
          <w:sz w:val="24"/>
          <w:szCs w:val="24"/>
        </w:rPr>
      </w:pPr>
    </w:p>
    <w:p w14:paraId="10EF6427" w14:textId="4DD45842" w:rsidR="007260B9" w:rsidRDefault="007260B9">
      <w:pPr>
        <w:rPr>
          <w:rFonts w:ascii="Aptos" w:eastAsiaTheme="majorEastAsia" w:hAnsi="Aptos" w:cstheme="majorBidi"/>
          <w:b/>
          <w:bCs/>
          <w:color w:val="000000" w:themeColor="text1"/>
          <w:sz w:val="24"/>
          <w:szCs w:val="24"/>
        </w:rPr>
      </w:pPr>
    </w:p>
    <w:p w14:paraId="265DE1CB" w14:textId="4E8CF713" w:rsidR="00533DAA" w:rsidRPr="00D4417C" w:rsidRDefault="007260B9" w:rsidP="00D4417C">
      <w:pPr>
        <w:pStyle w:val="Heading2"/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D4417C">
        <w:rPr>
          <w:rFonts w:ascii="Aptos" w:hAnsi="Aptos"/>
          <w:color w:val="000000" w:themeColor="text1"/>
          <w:sz w:val="24"/>
          <w:szCs w:val="24"/>
        </w:rPr>
        <w:t xml:space="preserve">Section </w:t>
      </w:r>
      <w:r>
        <w:rPr>
          <w:rFonts w:ascii="Aptos" w:hAnsi="Aptos"/>
          <w:color w:val="000000" w:themeColor="text1"/>
          <w:sz w:val="24"/>
          <w:szCs w:val="24"/>
        </w:rPr>
        <w:t>5</w:t>
      </w:r>
      <w:r w:rsidR="00D4417C" w:rsidRPr="00D4417C">
        <w:rPr>
          <w:rFonts w:ascii="Aptos" w:hAnsi="Aptos"/>
          <w:color w:val="000000" w:themeColor="text1"/>
          <w:sz w:val="24"/>
          <w:szCs w:val="24"/>
        </w:rPr>
        <w:t xml:space="preserve"> </w:t>
      </w:r>
      <w:r w:rsidRPr="007260B9">
        <w:rPr>
          <w:rFonts w:ascii="Aptos" w:hAnsi="Aptos"/>
          <w:color w:val="000000" w:themeColor="text1"/>
          <w:sz w:val="24"/>
          <w:szCs w:val="24"/>
        </w:rPr>
        <w:t>–</w:t>
      </w:r>
      <w:r w:rsidRPr="00D4417C">
        <w:rPr>
          <w:rFonts w:ascii="Aptos" w:hAnsi="Aptos"/>
          <w:color w:val="000000" w:themeColor="text1"/>
          <w:sz w:val="24"/>
          <w:szCs w:val="24"/>
        </w:rPr>
        <w:t xml:space="preserve"> Additional Notes</w:t>
      </w:r>
    </w:p>
    <w:p w14:paraId="7AABDCD1" w14:textId="4E4871CD" w:rsidR="00533DAA" w:rsidRPr="00D4417C" w:rsidRDefault="007260B9" w:rsidP="00D4417C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D4417C">
        <w:rPr>
          <w:rFonts w:ascii="Aptos" w:hAnsi="Aptos"/>
          <w:color w:val="000000" w:themeColor="text1"/>
          <w:sz w:val="24"/>
          <w:szCs w:val="24"/>
        </w:rPr>
        <w:t xml:space="preserve">(Use this space for </w:t>
      </w:r>
      <w:r>
        <w:rPr>
          <w:rFonts w:ascii="Aptos" w:hAnsi="Aptos"/>
          <w:color w:val="000000" w:themeColor="text1"/>
          <w:sz w:val="24"/>
          <w:szCs w:val="24"/>
        </w:rPr>
        <w:t xml:space="preserve">photos and/or </w:t>
      </w:r>
      <w:r w:rsidRPr="00D4417C">
        <w:rPr>
          <w:rFonts w:ascii="Aptos" w:hAnsi="Aptos"/>
          <w:color w:val="000000" w:themeColor="text1"/>
          <w:sz w:val="24"/>
          <w:szCs w:val="24"/>
        </w:rPr>
        <w:t>any other relevant information</w:t>
      </w:r>
      <w:r w:rsidRPr="00D4417C">
        <w:rPr>
          <w:rFonts w:ascii="Aptos" w:hAnsi="Aptos"/>
          <w:color w:val="000000" w:themeColor="text1"/>
          <w:sz w:val="24"/>
          <w:szCs w:val="24"/>
        </w:rPr>
        <w:t>)</w:t>
      </w:r>
    </w:p>
    <w:p w14:paraId="2E434758" w14:textId="77777777" w:rsidR="00533DAA" w:rsidRPr="00D4417C" w:rsidRDefault="007260B9" w:rsidP="00D4417C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D4417C">
        <w:rPr>
          <w:rFonts w:ascii="Aptos" w:hAnsi="Aptos"/>
          <w:color w:val="000000" w:themeColor="text1"/>
          <w:sz w:val="24"/>
          <w:szCs w:val="24"/>
        </w:rPr>
        <w:br/>
      </w:r>
      <w:r w:rsidRPr="00D4417C">
        <w:rPr>
          <w:rFonts w:ascii="Aptos" w:hAnsi="Aptos"/>
          <w:color w:val="000000" w:themeColor="text1"/>
          <w:sz w:val="24"/>
          <w:szCs w:val="24"/>
        </w:rPr>
        <w:br/>
      </w:r>
      <w:r w:rsidRPr="00D4417C">
        <w:rPr>
          <w:rFonts w:ascii="Aptos" w:hAnsi="Aptos"/>
          <w:color w:val="000000" w:themeColor="text1"/>
          <w:sz w:val="24"/>
          <w:szCs w:val="24"/>
        </w:rPr>
        <w:br/>
      </w:r>
      <w:r w:rsidRPr="00D4417C">
        <w:rPr>
          <w:rFonts w:ascii="Aptos" w:hAnsi="Aptos"/>
          <w:color w:val="000000" w:themeColor="text1"/>
          <w:sz w:val="24"/>
          <w:szCs w:val="24"/>
        </w:rPr>
        <w:br/>
      </w:r>
      <w:r w:rsidRPr="00D4417C">
        <w:rPr>
          <w:rFonts w:ascii="Aptos" w:hAnsi="Aptos"/>
          <w:color w:val="000000" w:themeColor="text1"/>
          <w:sz w:val="24"/>
          <w:szCs w:val="24"/>
        </w:rPr>
        <w:br/>
      </w:r>
    </w:p>
    <w:sectPr w:rsidR="00533DAA" w:rsidRPr="00D4417C" w:rsidSect="007260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5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E5070" w14:textId="77777777" w:rsidR="007260B9" w:rsidRDefault="007260B9" w:rsidP="007260B9">
      <w:pPr>
        <w:spacing w:after="0" w:line="240" w:lineRule="auto"/>
      </w:pPr>
      <w:r>
        <w:separator/>
      </w:r>
    </w:p>
  </w:endnote>
  <w:endnote w:type="continuationSeparator" w:id="0">
    <w:p w14:paraId="665A7789" w14:textId="77777777" w:rsidR="007260B9" w:rsidRDefault="007260B9" w:rsidP="00726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9E2C2" w14:textId="77777777" w:rsidR="007260B9" w:rsidRDefault="007260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49206"/>
      <w:docPartObj>
        <w:docPartGallery w:val="Page Numbers (Bottom of Page)"/>
        <w:docPartUnique/>
      </w:docPartObj>
    </w:sdtPr>
    <w:sdtEndPr>
      <w:rPr>
        <w:rFonts w:ascii="Aptos" w:hAnsi="Aptos"/>
      </w:rPr>
    </w:sdtEndPr>
    <w:sdtContent>
      <w:p w14:paraId="5DF0264D" w14:textId="0ECC0C4C" w:rsidR="007260B9" w:rsidRPr="007260B9" w:rsidRDefault="007260B9">
        <w:pPr>
          <w:pStyle w:val="Footer"/>
          <w:jc w:val="center"/>
          <w:rPr>
            <w:rFonts w:ascii="Aptos" w:hAnsi="Aptos"/>
          </w:rPr>
        </w:pPr>
        <w:r>
          <w:rPr>
            <w:rFonts w:ascii="Aptos" w:hAnsi="Aptos"/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5006C0B" wp14:editId="08013B72">
                  <wp:simplePos x="0" y="0"/>
                  <wp:positionH relativeFrom="column">
                    <wp:posOffset>5605515</wp:posOffset>
                  </wp:positionH>
                  <wp:positionV relativeFrom="paragraph">
                    <wp:posOffset>-123190</wp:posOffset>
                  </wp:positionV>
                  <wp:extent cx="709684" cy="341194"/>
                  <wp:effectExtent l="0" t="0" r="0" b="1905"/>
                  <wp:wrapNone/>
                  <wp:docPr id="1354412710" name="Text Box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709684" cy="34119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97ABF15" w14:textId="0B503A2D" w:rsidR="007260B9" w:rsidRPr="007260B9" w:rsidRDefault="007260B9">
                              <w:pPr>
                                <w:rPr>
                                  <w:rFonts w:ascii="Aptos" w:hAnsi="Aptos"/>
                                </w:rPr>
                              </w:pPr>
                              <w:r w:rsidRPr="007260B9">
                                <w:rPr>
                                  <w:rFonts w:ascii="Aptos" w:hAnsi="Aptos"/>
                                </w:rPr>
                                <w:t>Nov 25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45006C0B"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6" type="#_x0000_t202" style="position:absolute;left:0;text-align:left;margin-left:441.4pt;margin-top:-9.7pt;width:55.9pt;height:26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ePrLAIAAFMEAAAOAAAAZHJzL2Uyb0RvYy54bWysVEtv2zAMvg/YfxB0X2ynbtoYcYosRYYB&#10;QVsgHXpWZDk2IIuapMTOfv0o2Xm022nYRSZF6uPro2cPXSPJQRhbg8ppMoopEYpDUatdTn+8rr7c&#10;U2IdUwWToEROj8LSh/nnT7NWZ2IMFchCGIIgymatzmnlnM6iyPJKNMyOQAuFxhJMwxyqZhcVhrWI&#10;3shoHMeTqAVTaANcWIu3j72RzgN+WQrunsvSCkdkTjE3F04Tzq0/o/mMZTvDdFXzIQ32D1k0rFYY&#10;9Az1yBwje1P/AdXU3ICF0o04NBGUZc1FqAGrSeIP1WwqpkWoBZtj9blN9v/B8qfDRr8Y4rqv0OEA&#10;fUNabTOLl76erjSN/2KmBO3YwuO5baJzhOPlXTyd3KeUcDTdpEkyTT1KdHmsjXXfBDTECzk1OJXQ&#10;LHZYW9e7nlx8LAuyLla1lEHxTBBLaciB4QylCyki+DsvqUib08nNbRyAFfjnPbJUmMulJC+5btsN&#10;dW6hOGL5BnpmWM1XNSa5Zta9MINUwIqR3u4Zj1ICBoFBoqQC8+tv994fJ4RWSlqkVk7tzz0zghL5&#10;XeHspkmaei4GJb29G6Niri3ba4vaN0vAyhNcJM2D6P2dPImlgeYNt2Dho6KJKY6xc+pO4tL1hMct&#10;4mKxCE7IPs3cWm0099C+034Er90bM3qYk8MBP8GJhCz7MK7e179UsNg7KOswS9/gvqtD35G5gQ3D&#10;lvnVuNaD1+VfMP8NAAD//wMAUEsDBBQABgAIAAAAIQBXoCjV4wAAAAoBAAAPAAAAZHJzL2Rvd25y&#10;ZXYueG1sTI9LT8MwEITvSPwHa5G4oNZpU0oSsqkQ4iFxo+Ehbm68JBHxOordJPx7zAmOoxnNfJPv&#10;ZtOJkQbXWkZYLSMQxJXVLdcIL+X9IgHhvGKtOsuE8E0OdsXpSa4ybSd+pnHvaxFK2GUKofG+z6R0&#10;VUNGuaXtiYP3aQejfJBDLfWgplBuOrmOoq00quWw0KiebhuqvvZHg/BxUb8/ufnhdYov4/7ucSyv&#10;3nSJeH4231yD8DT7vzD84gd0KALTwR5ZO9EhJMk6oHuExSrdgAiJNN1sQRwQ4k0Mssjl/wvFDwAA&#10;AP//AwBQSwECLQAUAAYACAAAACEAtoM4kv4AAADhAQAAEwAAAAAAAAAAAAAAAAAAAAAAW0NvbnRl&#10;bnRfVHlwZXNdLnhtbFBLAQItABQABgAIAAAAIQA4/SH/1gAAAJQBAAALAAAAAAAAAAAAAAAAAC8B&#10;AABfcmVscy8ucmVsc1BLAQItABQABgAIAAAAIQBd/ePrLAIAAFMEAAAOAAAAAAAAAAAAAAAAAC4C&#10;AABkcnMvZTJvRG9jLnhtbFBLAQItABQABgAIAAAAIQBXoCjV4wAAAAoBAAAPAAAAAAAAAAAAAAAA&#10;AIYEAABkcnMvZG93bnJldi54bWxQSwUGAAAAAAQABADzAAAAlgUAAAAA&#10;" fillcolor="white [3201]" stroked="f" strokeweight=".5pt">
                  <v:textbox>
                    <w:txbxContent>
                      <w:p w14:paraId="297ABF15" w14:textId="0B503A2D" w:rsidR="007260B9" w:rsidRPr="007260B9" w:rsidRDefault="007260B9">
                        <w:pPr>
                          <w:rPr>
                            <w:rFonts w:ascii="Aptos" w:hAnsi="Aptos"/>
                          </w:rPr>
                        </w:pPr>
                        <w:r w:rsidRPr="007260B9">
                          <w:rPr>
                            <w:rFonts w:ascii="Aptos" w:hAnsi="Aptos"/>
                          </w:rPr>
                          <w:t>Nov 25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7260B9">
          <w:rPr>
            <w:rFonts w:ascii="Aptos" w:hAnsi="Aptos"/>
          </w:rPr>
          <w:fldChar w:fldCharType="begin"/>
        </w:r>
        <w:r w:rsidRPr="007260B9">
          <w:rPr>
            <w:rFonts w:ascii="Aptos" w:hAnsi="Aptos"/>
          </w:rPr>
          <w:instrText>PAGE   \* MERGEFORMAT</w:instrText>
        </w:r>
        <w:r w:rsidRPr="007260B9">
          <w:rPr>
            <w:rFonts w:ascii="Aptos" w:hAnsi="Aptos"/>
          </w:rPr>
          <w:fldChar w:fldCharType="separate"/>
        </w:r>
        <w:r w:rsidRPr="007260B9">
          <w:rPr>
            <w:rFonts w:ascii="Aptos" w:hAnsi="Aptos"/>
            <w:lang w:val="en-GB"/>
          </w:rPr>
          <w:t>2</w:t>
        </w:r>
        <w:r w:rsidRPr="007260B9">
          <w:rPr>
            <w:rFonts w:ascii="Aptos" w:hAnsi="Aptos"/>
          </w:rPr>
          <w:fldChar w:fldCharType="end"/>
        </w:r>
      </w:p>
    </w:sdtContent>
  </w:sdt>
  <w:p w14:paraId="017C01E2" w14:textId="77777777" w:rsidR="007260B9" w:rsidRDefault="007260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35271" w14:textId="77777777" w:rsidR="007260B9" w:rsidRDefault="007260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47A5B" w14:textId="77777777" w:rsidR="007260B9" w:rsidRDefault="007260B9" w:rsidP="007260B9">
      <w:pPr>
        <w:spacing w:after="0" w:line="240" w:lineRule="auto"/>
      </w:pPr>
      <w:r>
        <w:separator/>
      </w:r>
    </w:p>
  </w:footnote>
  <w:footnote w:type="continuationSeparator" w:id="0">
    <w:p w14:paraId="298D8F10" w14:textId="77777777" w:rsidR="007260B9" w:rsidRDefault="007260B9" w:rsidP="007260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9992E" w14:textId="77777777" w:rsidR="007260B9" w:rsidRDefault="007260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F127C" w14:textId="77777777" w:rsidR="007260B9" w:rsidRDefault="007260B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E12EC" w14:textId="77777777" w:rsidR="007260B9" w:rsidRDefault="007260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47C4A55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71268802">
    <w:abstractNumId w:val="8"/>
  </w:num>
  <w:num w:numId="2" w16cid:durableId="1986741988">
    <w:abstractNumId w:val="6"/>
  </w:num>
  <w:num w:numId="3" w16cid:durableId="1558668847">
    <w:abstractNumId w:val="5"/>
  </w:num>
  <w:num w:numId="4" w16cid:durableId="971833387">
    <w:abstractNumId w:val="4"/>
  </w:num>
  <w:num w:numId="5" w16cid:durableId="501743993">
    <w:abstractNumId w:val="7"/>
  </w:num>
  <w:num w:numId="6" w16cid:durableId="981040765">
    <w:abstractNumId w:val="3"/>
  </w:num>
  <w:num w:numId="7" w16cid:durableId="212232272">
    <w:abstractNumId w:val="2"/>
  </w:num>
  <w:num w:numId="8" w16cid:durableId="664477613">
    <w:abstractNumId w:val="1"/>
  </w:num>
  <w:num w:numId="9" w16cid:durableId="67575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33DAA"/>
    <w:rsid w:val="007260B9"/>
    <w:rsid w:val="00886A04"/>
    <w:rsid w:val="00AA1D8D"/>
    <w:rsid w:val="00B47730"/>
    <w:rsid w:val="00CB0664"/>
    <w:rsid w:val="00D4417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5B9696F"/>
  <w14:defaultImageDpi w14:val="300"/>
  <w15:docId w15:val="{A470B7B0-2CCA-4FBB-8C12-569BD1FEB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0B9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197</Words>
  <Characters>1017</Characters>
  <Application>Microsoft Office Word</Application>
  <DocSecurity>0</DocSecurity>
  <Lines>19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George Baber</cp:lastModifiedBy>
  <cp:revision>1</cp:revision>
  <dcterms:created xsi:type="dcterms:W3CDTF">2013-12-23T23:15:00Z</dcterms:created>
  <dcterms:modified xsi:type="dcterms:W3CDTF">2025-11-05T09:48:00Z</dcterms:modified>
  <cp:category/>
</cp:coreProperties>
</file>